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0423" w:rsidRDefault="002774DE">
      <w:pPr>
        <w:jc w:val="center"/>
      </w:pPr>
      <w:r>
        <w:rPr>
          <w:b/>
          <w:color w:val="595959"/>
          <w:sz w:val="20"/>
        </w:rPr>
        <w:t>MINISTERUL EDUCAȚIEI ȘI CERCETĂRII AL REPUBLICII MOLDOVA</w:t>
      </w:r>
      <w:r>
        <w:rPr>
          <w:b/>
          <w:color w:val="595959"/>
          <w:sz w:val="20"/>
        </w:rPr>
        <w:br/>
      </w:r>
      <w:r>
        <w:rPr>
          <w:b/>
          <w:color w:val="1F4E79"/>
          <w:sz w:val="32"/>
        </w:rPr>
        <w:t>PROIECT DIDACTIC DE SCURTĂ DURATĂ</w:t>
      </w:r>
      <w:r>
        <w:rPr>
          <w:b/>
          <w:color w:val="1F4E79"/>
          <w:sz w:val="32"/>
        </w:rPr>
        <w:br/>
      </w:r>
      <w:r>
        <w:rPr>
          <w:i/>
          <w:color w:val="2E75B6"/>
          <w:sz w:val="22"/>
        </w:rPr>
        <w:t>pentru clasa unică în regim de predare simultană (Clasele I, a II-a, a III-a, a IV-a)</w:t>
      </w:r>
      <w:r>
        <w:rPr>
          <w:i/>
          <w:color w:val="2E75B6"/>
          <w:sz w:val="22"/>
        </w:rPr>
        <w:br/>
      </w:r>
    </w:p>
    <w:p w:rsidR="009F0423" w:rsidRDefault="002774DE">
      <w:pPr>
        <w:spacing w:after="280"/>
        <w:jc w:val="center"/>
      </w:pPr>
      <w:r>
        <w:rPr>
          <w:color w:val="7F7F7F"/>
          <w:sz w:val="19"/>
        </w:rPr>
        <w:t>Disciplina: Limba și literatura română</w:t>
      </w:r>
    </w:p>
    <w:p w:rsidR="009F0423" w:rsidRPr="00201A34" w:rsidRDefault="002774DE">
      <w:pPr>
        <w:keepNext/>
        <w:spacing w:before="240" w:after="120"/>
        <w:rPr>
          <w:rFonts w:ascii="Times New Roman" w:hAnsi="Times New Roman" w:cs="Times New Roman"/>
          <w:sz w:val="20"/>
          <w:szCs w:val="20"/>
        </w:rPr>
      </w:pPr>
      <w:r w:rsidRPr="00201A34">
        <w:rPr>
          <w:rFonts w:ascii="Times New Roman" w:hAnsi="Times New Roman" w:cs="Times New Roman"/>
          <w:b/>
          <w:color w:val="1F4E79"/>
          <w:sz w:val="20"/>
          <w:szCs w:val="20"/>
        </w:rPr>
        <w:t>1. Date generale ale proiectului didactic</w:t>
      </w:r>
    </w:p>
    <w:tbl>
      <w:tblPr>
        <w:tblW w:w="0" w:type="auto"/>
        <w:jc w:val="center"/>
        <w:tblBorders>
          <w:top w:val="single" w:sz="4" w:space="0" w:color="D3D3D3"/>
          <w:bottom w:val="single" w:sz="4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3168"/>
        <w:gridCol w:w="6624"/>
      </w:tblGrid>
      <w:tr w:rsidR="009F0423" w:rsidRPr="00201A34">
        <w:trPr>
          <w:jc w:val="center"/>
        </w:trPr>
        <w:tc>
          <w:tcPr>
            <w:tcW w:w="3168" w:type="dxa"/>
            <w:shd w:val="clear" w:color="auto" w:fill="F2F4F7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F0423" w:rsidRPr="00201A34" w:rsidRDefault="002774DE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b/>
                <w:color w:val="1F4E79"/>
                <w:sz w:val="20"/>
                <w:szCs w:val="20"/>
              </w:rPr>
              <w:t>Instituția de învățământ</w:t>
            </w:r>
          </w:p>
        </w:tc>
        <w:tc>
          <w:tcPr>
            <w:tcW w:w="66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F0423" w:rsidRPr="00201A34" w:rsidRDefault="009F0423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0423" w:rsidRPr="00201A34">
        <w:trPr>
          <w:jc w:val="center"/>
        </w:trPr>
        <w:tc>
          <w:tcPr>
            <w:tcW w:w="3168" w:type="dxa"/>
            <w:shd w:val="clear" w:color="auto" w:fill="F2F4F7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F0423" w:rsidRPr="00201A34" w:rsidRDefault="002774DE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b/>
                <w:color w:val="1F4E79"/>
                <w:sz w:val="20"/>
                <w:szCs w:val="20"/>
              </w:rPr>
              <w:t>Disciplina</w:t>
            </w:r>
          </w:p>
        </w:tc>
        <w:tc>
          <w:tcPr>
            <w:tcW w:w="66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F0423" w:rsidRPr="00201A34" w:rsidRDefault="002774DE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sz w:val="20"/>
                <w:szCs w:val="20"/>
              </w:rPr>
              <w:t>Limba și literatura română</w:t>
            </w:r>
          </w:p>
        </w:tc>
      </w:tr>
      <w:tr w:rsidR="009F0423" w:rsidRPr="00201A34">
        <w:trPr>
          <w:jc w:val="center"/>
        </w:trPr>
        <w:tc>
          <w:tcPr>
            <w:tcW w:w="3168" w:type="dxa"/>
            <w:shd w:val="clear" w:color="auto" w:fill="F2F4F7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F0423" w:rsidRPr="00201A34" w:rsidRDefault="002774DE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b/>
                <w:color w:val="1F4E79"/>
                <w:sz w:val="20"/>
                <w:szCs w:val="20"/>
              </w:rPr>
              <w:t>Data / Anul școlar</w:t>
            </w:r>
          </w:p>
        </w:tc>
        <w:tc>
          <w:tcPr>
            <w:tcW w:w="66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F0423" w:rsidRPr="00201A34" w:rsidRDefault="002774DE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sz w:val="20"/>
                <w:szCs w:val="20"/>
              </w:rPr>
              <w:t>Conform pl</w:t>
            </w:r>
            <w:r w:rsidR="00F51853">
              <w:rPr>
                <w:rFonts w:ascii="Times New Roman" w:hAnsi="Times New Roman" w:cs="Times New Roman"/>
                <w:sz w:val="20"/>
                <w:szCs w:val="20"/>
              </w:rPr>
              <w:t>anificării / Anul de studii 2026-2027</w:t>
            </w:r>
          </w:p>
        </w:tc>
      </w:tr>
      <w:tr w:rsidR="009F0423" w:rsidRPr="00201A34">
        <w:trPr>
          <w:jc w:val="center"/>
        </w:trPr>
        <w:tc>
          <w:tcPr>
            <w:tcW w:w="3168" w:type="dxa"/>
            <w:shd w:val="clear" w:color="auto" w:fill="F2F4F7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F0423" w:rsidRPr="00201A34" w:rsidRDefault="002774DE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b/>
                <w:color w:val="1F4E79"/>
                <w:sz w:val="20"/>
                <w:szCs w:val="20"/>
              </w:rPr>
              <w:t>Cadrul didactic</w:t>
            </w:r>
          </w:p>
        </w:tc>
        <w:tc>
          <w:tcPr>
            <w:tcW w:w="66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F0423" w:rsidRPr="00201A34" w:rsidRDefault="009F0423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0423" w:rsidRPr="00201A34">
        <w:trPr>
          <w:jc w:val="center"/>
        </w:trPr>
        <w:tc>
          <w:tcPr>
            <w:tcW w:w="3168" w:type="dxa"/>
            <w:shd w:val="clear" w:color="auto" w:fill="F2F4F7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F0423" w:rsidRPr="00201A34" w:rsidRDefault="002774DE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b/>
                <w:color w:val="1F4E79"/>
                <w:sz w:val="20"/>
                <w:szCs w:val="20"/>
              </w:rPr>
              <w:t>Forma de organizare</w:t>
            </w:r>
          </w:p>
        </w:tc>
        <w:tc>
          <w:tcPr>
            <w:tcW w:w="66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F0423" w:rsidRPr="00201A34" w:rsidRDefault="002774DE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sz w:val="20"/>
                <w:szCs w:val="20"/>
              </w:rPr>
              <w:t>Clasă unică (clasele I, a II-a, a III-a și a IV-a în regim simultan)</w:t>
            </w:r>
          </w:p>
        </w:tc>
      </w:tr>
      <w:tr w:rsidR="009F0423" w:rsidRPr="00201A34">
        <w:trPr>
          <w:jc w:val="center"/>
        </w:trPr>
        <w:tc>
          <w:tcPr>
            <w:tcW w:w="3168" w:type="dxa"/>
            <w:shd w:val="clear" w:color="auto" w:fill="F2F4F7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F0423" w:rsidRPr="00201A34" w:rsidRDefault="002774DE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b/>
                <w:color w:val="1F4E79"/>
                <w:sz w:val="20"/>
                <w:szCs w:val="20"/>
              </w:rPr>
              <w:t>Durata lecției</w:t>
            </w:r>
          </w:p>
        </w:tc>
        <w:tc>
          <w:tcPr>
            <w:tcW w:w="66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F0423" w:rsidRPr="00201A34" w:rsidRDefault="002774DE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sz w:val="20"/>
                <w:szCs w:val="20"/>
              </w:rPr>
              <w:t>45 minute</w:t>
            </w:r>
          </w:p>
        </w:tc>
      </w:tr>
      <w:tr w:rsidR="009F0423" w:rsidRPr="00201A34">
        <w:trPr>
          <w:jc w:val="center"/>
        </w:trPr>
        <w:tc>
          <w:tcPr>
            <w:tcW w:w="3168" w:type="dxa"/>
            <w:shd w:val="clear" w:color="auto" w:fill="F2F4F7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F0423" w:rsidRPr="00201A34" w:rsidRDefault="002774DE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b/>
                <w:color w:val="1F4E79"/>
                <w:sz w:val="20"/>
                <w:szCs w:val="20"/>
              </w:rPr>
              <w:t>Unitatea de învățare / Modulul</w:t>
            </w:r>
          </w:p>
        </w:tc>
        <w:tc>
          <w:tcPr>
            <w:tcW w:w="66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F0423" w:rsidRPr="00201A34" w:rsidRDefault="002774DE" w:rsidP="004A0D64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sz w:val="20"/>
                <w:szCs w:val="20"/>
              </w:rPr>
              <w:t xml:space="preserve">Clasa I: Unitatea 1. </w:t>
            </w:r>
            <w:r w:rsidR="004A0D64" w:rsidRPr="00201A34">
              <w:rPr>
                <w:rFonts w:ascii="Times New Roman" w:hAnsi="Times New Roman" w:cs="Times New Roman"/>
                <w:sz w:val="20"/>
                <w:szCs w:val="20"/>
              </w:rPr>
              <w:t>Hai la școală!</w:t>
            </w:r>
            <w:r w:rsidR="004A0D64" w:rsidRPr="00201A34">
              <w:rPr>
                <w:rFonts w:ascii="Times New Roman" w:hAnsi="Times New Roman" w:cs="Times New Roman"/>
                <w:sz w:val="20"/>
                <w:szCs w:val="20"/>
              </w:rPr>
              <w:br/>
              <w:t>Clasa a II-a: Unitatea</w:t>
            </w:r>
            <w:r w:rsidRPr="00201A34">
              <w:rPr>
                <w:rFonts w:ascii="Times New Roman" w:hAnsi="Times New Roman" w:cs="Times New Roman"/>
                <w:sz w:val="20"/>
                <w:szCs w:val="20"/>
              </w:rPr>
              <w:t xml:space="preserve"> 1. Învață să înveți</w:t>
            </w:r>
            <w:r w:rsidRPr="00201A34">
              <w:rPr>
                <w:rFonts w:ascii="Times New Roman" w:hAnsi="Times New Roman" w:cs="Times New Roman"/>
                <w:sz w:val="20"/>
                <w:szCs w:val="20"/>
              </w:rPr>
              <w:br/>
              <w:t>Clasa a III-a: Unitatea 1. „Sună clopoțeii t</w:t>
            </w:r>
            <w:r w:rsidR="004A0D64" w:rsidRPr="00201A34">
              <w:rPr>
                <w:rFonts w:ascii="Times New Roman" w:hAnsi="Times New Roman" w:cs="Times New Roman"/>
                <w:sz w:val="20"/>
                <w:szCs w:val="20"/>
              </w:rPr>
              <w:t>oamnei...”</w:t>
            </w:r>
            <w:r w:rsidR="004A0D64" w:rsidRPr="00201A34">
              <w:rPr>
                <w:rFonts w:ascii="Times New Roman" w:hAnsi="Times New Roman" w:cs="Times New Roman"/>
                <w:sz w:val="20"/>
                <w:szCs w:val="20"/>
              </w:rPr>
              <w:br/>
              <w:t>Clasa a IV-a: Unitatea</w:t>
            </w:r>
            <w:r w:rsidRPr="00201A34">
              <w:rPr>
                <w:rFonts w:ascii="Times New Roman" w:hAnsi="Times New Roman" w:cs="Times New Roman"/>
                <w:sz w:val="20"/>
                <w:szCs w:val="20"/>
              </w:rPr>
              <w:t xml:space="preserve"> 1. Patriotism</w:t>
            </w:r>
          </w:p>
        </w:tc>
      </w:tr>
      <w:tr w:rsidR="009F0423" w:rsidRPr="00201A34">
        <w:trPr>
          <w:jc w:val="center"/>
        </w:trPr>
        <w:tc>
          <w:tcPr>
            <w:tcW w:w="3168" w:type="dxa"/>
            <w:shd w:val="clear" w:color="auto" w:fill="F2F4F7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F0423" w:rsidRPr="00201A34" w:rsidRDefault="002774DE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b/>
                <w:color w:val="1F4E79"/>
                <w:sz w:val="20"/>
                <w:szCs w:val="20"/>
              </w:rPr>
              <w:t>Tema comună integratoare</w:t>
            </w:r>
          </w:p>
        </w:tc>
        <w:tc>
          <w:tcPr>
            <w:tcW w:w="66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F0423" w:rsidRPr="00201A34" w:rsidRDefault="004A0D64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sz w:val="20"/>
                <w:szCs w:val="20"/>
              </w:rPr>
              <w:t>„</w:t>
            </w:r>
            <w:r w:rsidRPr="00201A34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 Cartea, componentele ei și organizarea textului și a scrisului</w:t>
            </w:r>
            <w:r w:rsidR="002774DE" w:rsidRPr="00201A34">
              <w:rPr>
                <w:rFonts w:ascii="Times New Roman" w:hAnsi="Times New Roman" w:cs="Times New Roman"/>
                <w:sz w:val="20"/>
                <w:szCs w:val="20"/>
              </w:rPr>
              <w:t>” (C</w:t>
            </w:r>
            <w:r w:rsidRPr="00201A34">
              <w:rPr>
                <w:rFonts w:ascii="Times New Roman" w:hAnsi="Times New Roman" w:cs="Times New Roman"/>
                <w:sz w:val="20"/>
                <w:szCs w:val="20"/>
              </w:rPr>
              <w:t>ontexte adaptate fiecărei clase)</w:t>
            </w:r>
          </w:p>
        </w:tc>
      </w:tr>
    </w:tbl>
    <w:p w:rsidR="009F0423" w:rsidRPr="00201A34" w:rsidRDefault="009F0423">
      <w:pPr>
        <w:spacing w:after="120"/>
        <w:rPr>
          <w:rFonts w:ascii="Times New Roman" w:hAnsi="Times New Roman" w:cs="Times New Roman"/>
          <w:sz w:val="20"/>
          <w:szCs w:val="20"/>
        </w:rPr>
      </w:pPr>
    </w:p>
    <w:p w:rsidR="009F0423" w:rsidRPr="00201A34" w:rsidRDefault="002774DE">
      <w:pPr>
        <w:keepNext/>
        <w:spacing w:before="240" w:after="120"/>
        <w:rPr>
          <w:rFonts w:ascii="Times New Roman" w:hAnsi="Times New Roman" w:cs="Times New Roman"/>
          <w:sz w:val="20"/>
          <w:szCs w:val="20"/>
        </w:rPr>
      </w:pPr>
      <w:r w:rsidRPr="00201A34">
        <w:rPr>
          <w:rFonts w:ascii="Times New Roman" w:hAnsi="Times New Roman" w:cs="Times New Roman"/>
          <w:b/>
          <w:color w:val="1F4E79"/>
          <w:sz w:val="20"/>
          <w:szCs w:val="20"/>
        </w:rPr>
        <w:t>2. Antetul proiectului didactic pe clase</w:t>
      </w:r>
    </w:p>
    <w:tbl>
      <w:tblPr>
        <w:tblW w:w="0" w:type="auto"/>
        <w:jc w:val="center"/>
        <w:tblBorders>
          <w:top w:val="single" w:sz="4" w:space="0" w:color="D3D3D3"/>
          <w:bottom w:val="single" w:sz="4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1296"/>
        <w:gridCol w:w="2160"/>
        <w:gridCol w:w="2304"/>
        <w:gridCol w:w="2016"/>
        <w:gridCol w:w="2016"/>
      </w:tblGrid>
      <w:tr w:rsidR="009F0423" w:rsidRPr="00201A34">
        <w:trPr>
          <w:jc w:val="center"/>
        </w:trPr>
        <w:tc>
          <w:tcPr>
            <w:tcW w:w="1296" w:type="dxa"/>
            <w:shd w:val="clear" w:color="auto" w:fill="1F4E79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F0423" w:rsidRPr="00201A34" w:rsidRDefault="002774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Clasa</w:t>
            </w:r>
          </w:p>
        </w:tc>
        <w:tc>
          <w:tcPr>
            <w:tcW w:w="2160" w:type="dxa"/>
            <w:shd w:val="clear" w:color="auto" w:fill="1F4E79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F0423" w:rsidRPr="00201A34" w:rsidRDefault="002774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Unitatea de învățare / Modulul</w:t>
            </w:r>
          </w:p>
        </w:tc>
        <w:tc>
          <w:tcPr>
            <w:tcW w:w="2304" w:type="dxa"/>
            <w:shd w:val="clear" w:color="auto" w:fill="1F4E79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F0423" w:rsidRPr="00201A34" w:rsidRDefault="002774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Subiectul lecției</w:t>
            </w:r>
          </w:p>
        </w:tc>
        <w:tc>
          <w:tcPr>
            <w:tcW w:w="2016" w:type="dxa"/>
            <w:shd w:val="clear" w:color="auto" w:fill="1F4E79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F0423" w:rsidRPr="00201A34" w:rsidRDefault="002774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Concept fundamental / Conținut</w:t>
            </w:r>
          </w:p>
        </w:tc>
        <w:tc>
          <w:tcPr>
            <w:tcW w:w="2016" w:type="dxa"/>
            <w:shd w:val="clear" w:color="auto" w:fill="1F4E79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F0423" w:rsidRPr="00201A34" w:rsidRDefault="002774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Context și valori proiectate</w:t>
            </w:r>
          </w:p>
        </w:tc>
      </w:tr>
      <w:tr w:rsidR="009F0423" w:rsidRPr="00201A34">
        <w:trPr>
          <w:jc w:val="center"/>
        </w:trPr>
        <w:tc>
          <w:tcPr>
            <w:tcW w:w="129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F0423" w:rsidRPr="00201A34" w:rsidRDefault="002774DE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b/>
                <w:color w:val="1F4E79"/>
                <w:sz w:val="20"/>
                <w:szCs w:val="20"/>
              </w:rPr>
              <w:t>Clasa I</w:t>
            </w:r>
          </w:p>
        </w:tc>
        <w:tc>
          <w:tcPr>
            <w:tcW w:w="216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F0423" w:rsidRPr="00201A34" w:rsidRDefault="002774DE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sz w:val="20"/>
                <w:szCs w:val="20"/>
              </w:rPr>
              <w:t>Unitatea 1: Hai la școală! Perioada prealfabetară</w:t>
            </w:r>
          </w:p>
        </w:tc>
        <w:tc>
          <w:tcPr>
            <w:tcW w:w="230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F0423" w:rsidRPr="00201A34" w:rsidRDefault="004A0D64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Aspectul îngrijit al scrisului. Linioare oblice pe două spaţii</w:t>
            </w:r>
          </w:p>
        </w:tc>
        <w:tc>
          <w:tcPr>
            <w:tcW w:w="201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F0423" w:rsidRPr="00201A34" w:rsidRDefault="00C14291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sz w:val="20"/>
                <w:szCs w:val="20"/>
              </w:rPr>
              <w:t>Scrisul, spațiul grafic, înclinația</w:t>
            </w:r>
          </w:p>
        </w:tc>
        <w:tc>
          <w:tcPr>
            <w:tcW w:w="201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F0423" w:rsidRPr="00201A34" w:rsidRDefault="002774DE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sz w:val="20"/>
                <w:szCs w:val="20"/>
              </w:rPr>
              <w:t>Disciplină, rigurozitate, perseverență</w:t>
            </w:r>
          </w:p>
        </w:tc>
      </w:tr>
      <w:tr w:rsidR="009F0423" w:rsidRPr="00201A34">
        <w:trPr>
          <w:jc w:val="center"/>
        </w:trPr>
        <w:tc>
          <w:tcPr>
            <w:tcW w:w="1296" w:type="dxa"/>
            <w:shd w:val="clear" w:color="auto" w:fill="F9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F0423" w:rsidRPr="00201A34" w:rsidRDefault="002774DE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b/>
                <w:color w:val="1F4E79"/>
                <w:sz w:val="20"/>
                <w:szCs w:val="20"/>
              </w:rPr>
              <w:t>Clasa a II-a</w:t>
            </w:r>
          </w:p>
        </w:tc>
        <w:tc>
          <w:tcPr>
            <w:tcW w:w="2160" w:type="dxa"/>
            <w:shd w:val="clear" w:color="auto" w:fill="F9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F0423" w:rsidRPr="00201A34" w:rsidRDefault="002774DE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sz w:val="20"/>
                <w:szCs w:val="20"/>
              </w:rPr>
              <w:t>Modulul 1: Învață să înveți</w:t>
            </w:r>
          </w:p>
        </w:tc>
        <w:tc>
          <w:tcPr>
            <w:tcW w:w="2304" w:type="dxa"/>
            <w:shd w:val="clear" w:color="auto" w:fill="F9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F0423" w:rsidRPr="00201A34" w:rsidRDefault="004A0D64" w:rsidP="004A0D64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Viteza și ritmul citirii. Text-suport: </w:t>
            </w:r>
            <w:r w:rsidRPr="00201A3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o-RO"/>
              </w:rPr>
              <w:t>Școala lui Guguță</w:t>
            </w:r>
            <w:r w:rsidRPr="00201A34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, după Spiridon Vangheli (Manual, pag. 10)</w:t>
            </w:r>
          </w:p>
        </w:tc>
        <w:tc>
          <w:tcPr>
            <w:tcW w:w="2016" w:type="dxa"/>
            <w:shd w:val="clear" w:color="auto" w:fill="F9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F0423" w:rsidRPr="00201A34" w:rsidRDefault="00C14291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sz w:val="20"/>
                <w:szCs w:val="20"/>
              </w:rPr>
              <w:t>Citirea, fluența, ritmul</w:t>
            </w:r>
          </w:p>
        </w:tc>
        <w:tc>
          <w:tcPr>
            <w:tcW w:w="2016" w:type="dxa"/>
            <w:shd w:val="clear" w:color="auto" w:fill="F9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F0423" w:rsidRPr="00201A34" w:rsidRDefault="002774DE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sz w:val="20"/>
                <w:szCs w:val="20"/>
              </w:rPr>
              <w:t>Bucuria de a merge la școală, curiozitate</w:t>
            </w:r>
          </w:p>
        </w:tc>
      </w:tr>
      <w:tr w:rsidR="009F0423" w:rsidRPr="00201A34">
        <w:trPr>
          <w:jc w:val="center"/>
        </w:trPr>
        <w:tc>
          <w:tcPr>
            <w:tcW w:w="129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F0423" w:rsidRPr="00201A34" w:rsidRDefault="002774DE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b/>
                <w:color w:val="1F4E79"/>
                <w:sz w:val="20"/>
                <w:szCs w:val="20"/>
              </w:rPr>
              <w:t>Clasa a III-a</w:t>
            </w:r>
          </w:p>
        </w:tc>
        <w:tc>
          <w:tcPr>
            <w:tcW w:w="216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F0423" w:rsidRPr="00201A34" w:rsidRDefault="002774DE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sz w:val="20"/>
                <w:szCs w:val="20"/>
              </w:rPr>
              <w:t>Unitatea 1: „Sună clopoțeii toamnei...”</w:t>
            </w:r>
          </w:p>
        </w:tc>
        <w:tc>
          <w:tcPr>
            <w:tcW w:w="230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F0423" w:rsidRPr="00201A34" w:rsidRDefault="004A0D64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Componentele cărţii: coperta (titlul și autorul cărţii), filele cu text, imaginile. Actualizare. Modul în care comunicăm. Evaluare </w:t>
            </w:r>
            <w:r w:rsidRPr="00201A34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lastRenderedPageBreak/>
              <w:t>formativă (Manual, pag. 12)</w:t>
            </w:r>
          </w:p>
        </w:tc>
        <w:tc>
          <w:tcPr>
            <w:tcW w:w="201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F0423" w:rsidRPr="00201A34" w:rsidRDefault="00C14291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Cartea, comunicarea, informația</w:t>
            </w:r>
          </w:p>
        </w:tc>
        <w:tc>
          <w:tcPr>
            <w:tcW w:w="201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F0423" w:rsidRPr="00201A34" w:rsidRDefault="002774DE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sz w:val="20"/>
                <w:szCs w:val="20"/>
              </w:rPr>
              <w:t>Organizare, gândire critică, cooperare</w:t>
            </w:r>
          </w:p>
        </w:tc>
      </w:tr>
      <w:tr w:rsidR="009F0423" w:rsidRPr="00201A34">
        <w:trPr>
          <w:jc w:val="center"/>
        </w:trPr>
        <w:tc>
          <w:tcPr>
            <w:tcW w:w="1296" w:type="dxa"/>
            <w:shd w:val="clear" w:color="auto" w:fill="F9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F0423" w:rsidRPr="00201A34" w:rsidRDefault="002774DE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b/>
                <w:color w:val="1F4E79"/>
                <w:sz w:val="20"/>
                <w:szCs w:val="20"/>
              </w:rPr>
              <w:lastRenderedPageBreak/>
              <w:t>Clasa a IV-a</w:t>
            </w:r>
          </w:p>
        </w:tc>
        <w:tc>
          <w:tcPr>
            <w:tcW w:w="2160" w:type="dxa"/>
            <w:shd w:val="clear" w:color="auto" w:fill="F9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F0423" w:rsidRPr="00201A34" w:rsidRDefault="002774DE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sz w:val="20"/>
                <w:szCs w:val="20"/>
              </w:rPr>
              <w:t>Modulul 1: Patriotism</w:t>
            </w:r>
          </w:p>
        </w:tc>
        <w:tc>
          <w:tcPr>
            <w:tcW w:w="2304" w:type="dxa"/>
            <w:shd w:val="clear" w:color="auto" w:fill="F9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F0423" w:rsidRPr="00201A34" w:rsidRDefault="00C14291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Cartea. Componentele cărţii: coperta (titlul şi autorul cărţii), filele cu text, imaginile, cuprinsul şi rolul lor. Texte-suport: Cărţi despre țară, patrie, neam (D. Matcovschi, V. Romanciuc, G. Vieru, L. Lari, N. Dabija). Tainele cărţii (1)</w:t>
            </w:r>
          </w:p>
        </w:tc>
        <w:tc>
          <w:tcPr>
            <w:tcW w:w="2016" w:type="dxa"/>
            <w:shd w:val="clear" w:color="auto" w:fill="F9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F0423" w:rsidRPr="00201A34" w:rsidRDefault="00C14291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sz w:val="20"/>
                <w:szCs w:val="20"/>
              </w:rPr>
              <w:t>Cartea, lectura, informația</w:t>
            </w:r>
          </w:p>
        </w:tc>
        <w:tc>
          <w:tcPr>
            <w:tcW w:w="2016" w:type="dxa"/>
            <w:shd w:val="clear" w:color="auto" w:fill="F9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F0423" w:rsidRPr="00201A34" w:rsidRDefault="002774DE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sz w:val="20"/>
                <w:szCs w:val="20"/>
              </w:rPr>
              <w:t>Respect pentru limba maternă, patrie și școală</w:t>
            </w:r>
          </w:p>
        </w:tc>
      </w:tr>
    </w:tbl>
    <w:p w:rsidR="009F0423" w:rsidRPr="00201A34" w:rsidRDefault="009F0423">
      <w:pPr>
        <w:spacing w:after="120"/>
        <w:rPr>
          <w:rFonts w:ascii="Times New Roman" w:hAnsi="Times New Roman" w:cs="Times New Roman"/>
          <w:sz w:val="20"/>
          <w:szCs w:val="20"/>
        </w:rPr>
      </w:pPr>
    </w:p>
    <w:p w:rsidR="009F0423" w:rsidRPr="00201A34" w:rsidRDefault="002774DE">
      <w:pPr>
        <w:keepNext/>
        <w:spacing w:before="240" w:after="120"/>
        <w:rPr>
          <w:rFonts w:ascii="Times New Roman" w:hAnsi="Times New Roman" w:cs="Times New Roman"/>
          <w:sz w:val="20"/>
          <w:szCs w:val="20"/>
        </w:rPr>
      </w:pPr>
      <w:r w:rsidRPr="00201A34">
        <w:rPr>
          <w:rFonts w:ascii="Times New Roman" w:hAnsi="Times New Roman" w:cs="Times New Roman"/>
          <w:b/>
          <w:color w:val="1F4E79"/>
          <w:sz w:val="20"/>
          <w:szCs w:val="20"/>
        </w:rPr>
        <w:t>3. Matrice curriculară pe clase</w:t>
      </w:r>
    </w:p>
    <w:p w:rsidR="009F0423" w:rsidRPr="00201A34" w:rsidRDefault="002774DE">
      <w:pPr>
        <w:keepNext/>
        <w:spacing w:before="160"/>
        <w:rPr>
          <w:rFonts w:ascii="Times New Roman" w:hAnsi="Times New Roman" w:cs="Times New Roman"/>
          <w:sz w:val="20"/>
          <w:szCs w:val="20"/>
        </w:rPr>
      </w:pPr>
      <w:r w:rsidRPr="00201A34">
        <w:rPr>
          <w:rFonts w:ascii="Times New Roman" w:hAnsi="Times New Roman" w:cs="Times New Roman"/>
          <w:b/>
          <w:color w:val="2E75B6"/>
          <w:sz w:val="20"/>
          <w:szCs w:val="20"/>
        </w:rPr>
        <w:t>• CLASA I</w:t>
      </w:r>
    </w:p>
    <w:tbl>
      <w:tblPr>
        <w:tblW w:w="0" w:type="auto"/>
        <w:jc w:val="center"/>
        <w:tblBorders>
          <w:top w:val="single" w:sz="4" w:space="0" w:color="D3D3D3"/>
          <w:bottom w:val="single" w:sz="4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2880"/>
        <w:gridCol w:w="6912"/>
      </w:tblGrid>
      <w:tr w:rsidR="009F0423" w:rsidRPr="00201A34">
        <w:trPr>
          <w:jc w:val="center"/>
        </w:trPr>
        <w:tc>
          <w:tcPr>
            <w:tcW w:w="2880" w:type="dxa"/>
            <w:shd w:val="clear" w:color="auto" w:fill="F2F4F7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F0423" w:rsidRPr="00201A34" w:rsidRDefault="002774DE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b/>
                <w:color w:val="1F4E79"/>
                <w:sz w:val="20"/>
                <w:szCs w:val="20"/>
              </w:rPr>
              <w:t>Unități de competență vizate</w:t>
            </w:r>
          </w:p>
        </w:tc>
        <w:tc>
          <w:tcPr>
            <w:tcW w:w="691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E1E48" w:rsidRPr="005E1E48" w:rsidRDefault="005E1E48" w:rsidP="005E1E48">
            <w:pPr>
              <w:spacing w:after="4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5E1E4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1.1.</w:t>
            </w:r>
            <w:r w:rsidRPr="005E1E4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Identificarea semnificației unui mesaj scurt, rostit cu claritate, pe teme accesibile.</w:t>
            </w:r>
          </w:p>
          <w:p w:rsidR="005E1E48" w:rsidRPr="005E1E48" w:rsidRDefault="005E1E48" w:rsidP="005E1E48">
            <w:pPr>
              <w:spacing w:after="4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5E1E4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1.3.</w:t>
            </w:r>
            <w:r w:rsidRPr="005E1E4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Desprinderea unor informații dintr-un mesaj audiat, rostit clar.</w:t>
            </w:r>
          </w:p>
          <w:p w:rsidR="005E1E48" w:rsidRPr="005E1E48" w:rsidRDefault="005E1E48" w:rsidP="005E1E48">
            <w:pPr>
              <w:spacing w:after="4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5E1E4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2.3.</w:t>
            </w:r>
            <w:r w:rsidRPr="005E1E4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Identificarea dialogului în comunicare.</w:t>
            </w:r>
          </w:p>
          <w:p w:rsidR="005E1E48" w:rsidRPr="005E1E48" w:rsidRDefault="005E1E48" w:rsidP="005E1E48">
            <w:pPr>
              <w:spacing w:after="4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5E1E4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2.4.</w:t>
            </w:r>
            <w:r w:rsidRPr="005E1E4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Implicarea în dialog prin respectarea regulilor de etichetă.</w:t>
            </w:r>
          </w:p>
          <w:p w:rsidR="005E1E48" w:rsidRPr="005E1E48" w:rsidRDefault="005E1E48" w:rsidP="005E1E48">
            <w:pPr>
              <w:spacing w:after="4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5E1E4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2.7.</w:t>
            </w:r>
            <w:r w:rsidRPr="005E1E4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Prezentarea informației desprinse din lectura unei imagini.</w:t>
            </w:r>
          </w:p>
          <w:p w:rsidR="009F0423" w:rsidRPr="005E1E48" w:rsidRDefault="009F0423" w:rsidP="006750A4">
            <w:pPr>
              <w:spacing w:after="4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</w:tr>
      <w:tr w:rsidR="009F0423" w:rsidRPr="00201A34">
        <w:trPr>
          <w:jc w:val="center"/>
        </w:trPr>
        <w:tc>
          <w:tcPr>
            <w:tcW w:w="2880" w:type="dxa"/>
            <w:shd w:val="clear" w:color="auto" w:fill="F2F4F7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F0423" w:rsidRPr="00201A34" w:rsidRDefault="002774DE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b/>
                <w:color w:val="1F4E79"/>
                <w:sz w:val="20"/>
                <w:szCs w:val="20"/>
              </w:rPr>
              <w:t>Rezultate ale învățării</w:t>
            </w:r>
          </w:p>
        </w:tc>
        <w:tc>
          <w:tcPr>
            <w:tcW w:w="691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600A" w:rsidRPr="00201A34" w:rsidRDefault="002774DE" w:rsidP="0054600A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sz w:val="20"/>
                <w:szCs w:val="20"/>
              </w:rPr>
              <w:t>La sfârșitul lecției, elevul va putea:</w:t>
            </w:r>
            <w:r w:rsidRPr="00201A3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54600A" w:rsidRPr="00201A34">
              <w:rPr>
                <w:rStyle w:val="af6"/>
                <w:rFonts w:ascii="Times New Roman" w:hAnsi="Times New Roman" w:cs="Times New Roman"/>
                <w:b w:val="0"/>
                <w:sz w:val="20"/>
                <w:szCs w:val="20"/>
              </w:rPr>
              <w:t>1.trasează corect linioare oblice pe două spații</w:t>
            </w:r>
            <w:r w:rsidR="0054600A" w:rsidRPr="00201A34">
              <w:rPr>
                <w:rFonts w:ascii="Times New Roman" w:hAnsi="Times New Roman" w:cs="Times New Roman"/>
                <w:b/>
                <w:sz w:val="20"/>
                <w:szCs w:val="20"/>
              </w:rPr>
              <w:t>;</w:t>
            </w:r>
          </w:p>
          <w:p w:rsidR="0054600A" w:rsidRPr="00201A34" w:rsidRDefault="0054600A" w:rsidP="0054600A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sz w:val="20"/>
                <w:szCs w:val="20"/>
              </w:rPr>
              <w:t xml:space="preserve">2. utiliza corect instrumentul de scris; </w:t>
            </w:r>
          </w:p>
          <w:p w:rsidR="009F0423" w:rsidRPr="00201A34" w:rsidRDefault="0054600A" w:rsidP="0054600A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sz w:val="20"/>
                <w:szCs w:val="20"/>
              </w:rPr>
              <w:t xml:space="preserve">3.manifesta grijă pentru </w:t>
            </w:r>
            <w:r w:rsidRPr="00201A34">
              <w:rPr>
                <w:rStyle w:val="af6"/>
                <w:rFonts w:ascii="Times New Roman" w:hAnsi="Times New Roman" w:cs="Times New Roman"/>
                <w:b w:val="0"/>
                <w:sz w:val="20"/>
                <w:szCs w:val="20"/>
              </w:rPr>
              <w:t>aspectul îngrijit și ordonat al scrisului</w:t>
            </w:r>
            <w:r w:rsidRPr="00201A34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</w:tr>
      <w:tr w:rsidR="009F0423" w:rsidRPr="00201A34">
        <w:trPr>
          <w:jc w:val="center"/>
        </w:trPr>
        <w:tc>
          <w:tcPr>
            <w:tcW w:w="2880" w:type="dxa"/>
            <w:shd w:val="clear" w:color="auto" w:fill="F2F4F7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F0423" w:rsidRPr="00201A34" w:rsidRDefault="00F51853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1F4E79"/>
                <w:sz w:val="20"/>
                <w:szCs w:val="20"/>
              </w:rPr>
              <w:t>Obiectivele lecției</w:t>
            </w:r>
          </w:p>
        </w:tc>
        <w:tc>
          <w:tcPr>
            <w:tcW w:w="691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51853" w:rsidRDefault="00F51853" w:rsidP="00F518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o-RO" w:eastAsia="ro-RO"/>
              </w:rPr>
            </w:pPr>
            <w:r w:rsidRPr="00F51853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o-RO" w:eastAsia="ro-RO"/>
              </w:rPr>
              <w:t>O1:</w:t>
            </w:r>
            <w:r w:rsidRPr="00F5185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o-RO" w:eastAsia="ro-RO"/>
              </w:rPr>
              <w:t xml:space="preserve"> Să mențină </w:t>
            </w:r>
            <w:r w:rsidRPr="00F51853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o-RO" w:eastAsia="ro-RO"/>
              </w:rPr>
              <w:t>timp de 5 minute</w:t>
            </w:r>
            <w:r w:rsidRPr="00F5185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o-RO" w:eastAsia="ro-RO"/>
              </w:rPr>
              <w:t xml:space="preserve"> poziția corectă a corpului și a instrumentului de scris în timpul exercițiului.</w:t>
            </w:r>
          </w:p>
          <w:p w:rsidR="00F51853" w:rsidRPr="00F51853" w:rsidRDefault="00F51853" w:rsidP="00F518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o-RO" w:eastAsia="ro-RO"/>
              </w:rPr>
            </w:pPr>
            <w:r w:rsidRPr="00F51853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o-RO" w:eastAsia="ro-RO"/>
              </w:rPr>
              <w:t>O2:</w:t>
            </w:r>
            <w:r w:rsidRPr="00F5185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o-RO" w:eastAsia="ro-RO"/>
              </w:rPr>
              <w:t xml:space="preserve"> Să traseze </w:t>
            </w:r>
            <w:r w:rsidRPr="00F51853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o-RO" w:eastAsia="ro-RO"/>
              </w:rPr>
              <w:t>minimum 8 din 10 linioare oblice</w:t>
            </w:r>
            <w:r w:rsidRPr="00F5185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o-RO" w:eastAsia="ro-RO"/>
              </w:rPr>
              <w:t xml:space="preserve"> corect, respectând spațiul și înclinația indicate.</w:t>
            </w:r>
          </w:p>
          <w:p w:rsidR="00F51853" w:rsidRPr="00F51853" w:rsidRDefault="00F51853" w:rsidP="00F518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o-RO" w:eastAsia="ro-RO"/>
              </w:rPr>
            </w:pPr>
            <w:r w:rsidRPr="00F51853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o-RO" w:eastAsia="ro-RO"/>
              </w:rPr>
              <w:t>O3:</w:t>
            </w:r>
            <w:r w:rsidRPr="00F5185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o-RO" w:eastAsia="ro-RO"/>
              </w:rPr>
              <w:t xml:space="preserve"> Să realizeze </w:t>
            </w:r>
            <w:r w:rsidRPr="00F51853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o-RO" w:eastAsia="ro-RO"/>
              </w:rPr>
              <w:t>un exercițiu grafic complet</w:t>
            </w:r>
            <w:r w:rsidRPr="00F5185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o-RO" w:eastAsia="ro-RO"/>
              </w:rPr>
              <w:t>, respectând modelul și păstrând pagina îngrijită și ordonată.</w:t>
            </w:r>
          </w:p>
          <w:p w:rsidR="009F0423" w:rsidRPr="00F51853" w:rsidRDefault="009F0423">
            <w:pPr>
              <w:spacing w:after="4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</w:tr>
      <w:tr w:rsidR="009F0423" w:rsidRPr="00201A34">
        <w:trPr>
          <w:jc w:val="center"/>
        </w:trPr>
        <w:tc>
          <w:tcPr>
            <w:tcW w:w="2880" w:type="dxa"/>
            <w:shd w:val="clear" w:color="auto" w:fill="F2F4F7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F0423" w:rsidRPr="00201A34" w:rsidRDefault="002774DE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b/>
                <w:color w:val="1F4E79"/>
                <w:sz w:val="20"/>
                <w:szCs w:val="20"/>
              </w:rPr>
              <w:t>Produs de învățare evaluat</w:t>
            </w:r>
          </w:p>
        </w:tc>
        <w:tc>
          <w:tcPr>
            <w:tcW w:w="691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F0423" w:rsidRPr="00201A34" w:rsidRDefault="00B644E7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P24 Scrisul</w:t>
            </w:r>
          </w:p>
        </w:tc>
      </w:tr>
    </w:tbl>
    <w:p w:rsidR="009F0423" w:rsidRPr="00201A34" w:rsidRDefault="002774DE">
      <w:pPr>
        <w:keepNext/>
        <w:spacing w:before="160"/>
        <w:rPr>
          <w:rFonts w:ascii="Times New Roman" w:hAnsi="Times New Roman" w:cs="Times New Roman"/>
          <w:sz w:val="20"/>
          <w:szCs w:val="20"/>
        </w:rPr>
      </w:pPr>
      <w:r w:rsidRPr="00201A34">
        <w:rPr>
          <w:rFonts w:ascii="Times New Roman" w:hAnsi="Times New Roman" w:cs="Times New Roman"/>
          <w:b/>
          <w:color w:val="2E75B6"/>
          <w:sz w:val="20"/>
          <w:szCs w:val="20"/>
        </w:rPr>
        <w:t>• CLASA a II-a</w:t>
      </w:r>
    </w:p>
    <w:tbl>
      <w:tblPr>
        <w:tblW w:w="0" w:type="auto"/>
        <w:jc w:val="center"/>
        <w:tblBorders>
          <w:top w:val="single" w:sz="4" w:space="0" w:color="D3D3D3"/>
          <w:bottom w:val="single" w:sz="4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2880"/>
        <w:gridCol w:w="6912"/>
      </w:tblGrid>
      <w:tr w:rsidR="009F0423" w:rsidRPr="00201A34">
        <w:trPr>
          <w:jc w:val="center"/>
        </w:trPr>
        <w:tc>
          <w:tcPr>
            <w:tcW w:w="2880" w:type="dxa"/>
            <w:shd w:val="clear" w:color="auto" w:fill="F2F4F7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F0423" w:rsidRPr="00201A34" w:rsidRDefault="002774DE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b/>
                <w:color w:val="1F4E79"/>
                <w:sz w:val="20"/>
                <w:szCs w:val="20"/>
              </w:rPr>
              <w:t>Unități de competență vizate</w:t>
            </w:r>
          </w:p>
        </w:tc>
        <w:tc>
          <w:tcPr>
            <w:tcW w:w="691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E1E48" w:rsidRPr="005E1E48" w:rsidRDefault="005E1E48" w:rsidP="005E1E48">
            <w:pPr>
              <w:spacing w:after="4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5E1E4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3.1.</w:t>
            </w:r>
            <w:r w:rsidRPr="005E1E4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Utilizarea tehnicilor de lectură corectă, conștientă și fluidă.</w:t>
            </w:r>
          </w:p>
          <w:p w:rsidR="005E1E48" w:rsidRPr="005E1E48" w:rsidRDefault="005E1E48" w:rsidP="005E1E48">
            <w:pPr>
              <w:spacing w:after="4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5E1E4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3.2.</w:t>
            </w:r>
            <w:r w:rsidRPr="005E1E4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Distingerea informațiilor esențiale dintr-un text citit.</w:t>
            </w:r>
          </w:p>
          <w:p w:rsidR="005E1E48" w:rsidRPr="005E1E48" w:rsidRDefault="005E1E48" w:rsidP="005E1E48">
            <w:pPr>
              <w:spacing w:after="4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5E1E4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3.5.</w:t>
            </w:r>
            <w:r w:rsidRPr="005E1E4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Exprimarea în cuvinte proprii a ideilor și a atitudinilor față de textul citit și față de personajele textului.</w:t>
            </w:r>
          </w:p>
          <w:p w:rsidR="005E1E48" w:rsidRPr="005E1E48" w:rsidRDefault="005E1E48" w:rsidP="005E1E48">
            <w:pPr>
              <w:spacing w:after="4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5E1E4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lastRenderedPageBreak/>
              <w:t>3.6.</w:t>
            </w:r>
            <w:r w:rsidRPr="005E1E4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Relatarea selectivă a textelor citite, conform fragmentelor indicate sau ilustrate</w:t>
            </w:r>
          </w:p>
          <w:p w:rsidR="009F0423" w:rsidRPr="005E1E48" w:rsidRDefault="009F0423" w:rsidP="006750A4">
            <w:pPr>
              <w:spacing w:after="4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</w:tr>
      <w:tr w:rsidR="009F0423" w:rsidRPr="00201A34">
        <w:trPr>
          <w:jc w:val="center"/>
        </w:trPr>
        <w:tc>
          <w:tcPr>
            <w:tcW w:w="2880" w:type="dxa"/>
            <w:shd w:val="clear" w:color="auto" w:fill="F2F4F7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F0423" w:rsidRPr="00201A34" w:rsidRDefault="002774DE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b/>
                <w:color w:val="1F4E79"/>
                <w:sz w:val="20"/>
                <w:szCs w:val="20"/>
              </w:rPr>
              <w:lastRenderedPageBreak/>
              <w:t>Rezultate ale învățării</w:t>
            </w:r>
          </w:p>
        </w:tc>
        <w:tc>
          <w:tcPr>
            <w:tcW w:w="691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600A" w:rsidRPr="00201A34" w:rsidRDefault="002774DE" w:rsidP="0054600A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sz w:val="20"/>
                <w:szCs w:val="20"/>
              </w:rPr>
              <w:t>La sfârșitul lecției, elevul va putea:</w:t>
            </w:r>
            <w:r w:rsidRPr="00201A3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54600A" w:rsidRPr="00201A34">
              <w:rPr>
                <w:rStyle w:val="af6"/>
                <w:rFonts w:ascii="Times New Roman" w:hAnsi="Times New Roman" w:cs="Times New Roman"/>
                <w:b w:val="0"/>
                <w:sz w:val="20"/>
                <w:szCs w:val="20"/>
              </w:rPr>
              <w:t>1.citi corect, conștient și fluent</w:t>
            </w:r>
            <w:r w:rsidR="0054600A" w:rsidRPr="00201A34">
              <w:rPr>
                <w:rFonts w:ascii="Times New Roman" w:hAnsi="Times New Roman" w:cs="Times New Roman"/>
                <w:sz w:val="20"/>
                <w:szCs w:val="20"/>
              </w:rPr>
              <w:t xml:space="preserve"> un fragment din textul „Școala lui Guguță”; 2.adaptează </w:t>
            </w:r>
            <w:r w:rsidR="0054600A" w:rsidRPr="00201A34">
              <w:rPr>
                <w:rStyle w:val="af6"/>
                <w:rFonts w:ascii="Times New Roman" w:hAnsi="Times New Roman" w:cs="Times New Roman"/>
                <w:b w:val="0"/>
                <w:sz w:val="20"/>
                <w:szCs w:val="20"/>
              </w:rPr>
              <w:t>viteza și ritmul citirii</w:t>
            </w:r>
            <w:r w:rsidR="0054600A" w:rsidRPr="00201A34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54600A" w:rsidRPr="00201A34" w:rsidRDefault="0054600A" w:rsidP="0054600A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sz w:val="20"/>
                <w:szCs w:val="20"/>
              </w:rPr>
              <w:t xml:space="preserve">3. respecta pauzele și semnele de punctuație; </w:t>
            </w:r>
          </w:p>
          <w:p w:rsidR="009F0423" w:rsidRPr="00201A34" w:rsidRDefault="0054600A" w:rsidP="0054600A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sz w:val="20"/>
                <w:szCs w:val="20"/>
              </w:rPr>
              <w:t xml:space="preserve">4.identifica și exprima oral </w:t>
            </w:r>
            <w:r w:rsidRPr="00201A34">
              <w:rPr>
                <w:rStyle w:val="af6"/>
                <w:rFonts w:ascii="Times New Roman" w:hAnsi="Times New Roman" w:cs="Times New Roman"/>
                <w:b w:val="0"/>
                <w:sz w:val="20"/>
                <w:szCs w:val="20"/>
              </w:rPr>
              <w:t>mesajul principal al textului</w:t>
            </w:r>
            <w:r w:rsidRPr="00201A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9F0423" w:rsidRPr="00201A34">
        <w:trPr>
          <w:jc w:val="center"/>
        </w:trPr>
        <w:tc>
          <w:tcPr>
            <w:tcW w:w="2880" w:type="dxa"/>
            <w:shd w:val="clear" w:color="auto" w:fill="F2F4F7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F0423" w:rsidRPr="00201A34" w:rsidRDefault="00F51853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1F4E79"/>
                <w:sz w:val="20"/>
                <w:szCs w:val="20"/>
              </w:rPr>
              <w:t>Obiectivele lecției</w:t>
            </w:r>
          </w:p>
        </w:tc>
        <w:tc>
          <w:tcPr>
            <w:tcW w:w="691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51853" w:rsidRPr="00F51853" w:rsidRDefault="002E0A0B" w:rsidP="00F51853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201A34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.</w:t>
            </w:r>
            <w:r w:rsidR="00F51853" w:rsidRPr="00F51853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ro-RO" w:eastAsia="ro-RO"/>
              </w:rPr>
              <w:t xml:space="preserve"> </w:t>
            </w:r>
            <w:r w:rsidR="00F51853" w:rsidRPr="00F518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O1:</w:t>
            </w:r>
            <w:r w:rsidR="00F51853" w:rsidRPr="00F51853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Să citească </w:t>
            </w:r>
            <w:r w:rsidR="00F51853" w:rsidRPr="00F518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un fragment de 8–10 rânduri</w:t>
            </w:r>
            <w:r w:rsidR="00F51853" w:rsidRPr="00F51853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, respectând corectitudinea, cursivitatea și semnele de punctuație.</w:t>
            </w:r>
          </w:p>
          <w:p w:rsidR="00F51853" w:rsidRPr="00F51853" w:rsidRDefault="00F51853" w:rsidP="00F51853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F518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O2:</w:t>
            </w:r>
            <w:r w:rsidRPr="00F51853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Să respecte </w:t>
            </w:r>
            <w:r w:rsidRPr="00F518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minimum 4 din 5 pauze și intonații</w:t>
            </w:r>
            <w:r w:rsidRPr="00F51853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corespunzătoare semnelor de punctuație din text.</w:t>
            </w:r>
          </w:p>
          <w:p w:rsidR="00F51853" w:rsidRPr="00F51853" w:rsidRDefault="00F51853" w:rsidP="00F51853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F518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O3:</w:t>
            </w:r>
            <w:r w:rsidRPr="00F51853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Să răspundă corect la </w:t>
            </w:r>
            <w:r w:rsidRPr="00F518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cel puțin 3 din 4 întrebări</w:t>
            </w:r>
            <w:r w:rsidRPr="00F51853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formulate pe baza textulu</w:t>
            </w:r>
          </w:p>
          <w:p w:rsidR="009F0423" w:rsidRPr="00F51853" w:rsidRDefault="009F0423">
            <w:pPr>
              <w:spacing w:after="4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</w:tr>
      <w:tr w:rsidR="009F0423" w:rsidRPr="00201A34">
        <w:trPr>
          <w:jc w:val="center"/>
        </w:trPr>
        <w:tc>
          <w:tcPr>
            <w:tcW w:w="2880" w:type="dxa"/>
            <w:shd w:val="clear" w:color="auto" w:fill="F2F4F7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F0423" w:rsidRPr="00201A34" w:rsidRDefault="002774DE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b/>
                <w:color w:val="1F4E79"/>
                <w:sz w:val="20"/>
                <w:szCs w:val="20"/>
              </w:rPr>
              <w:t>Produs de învățare evaluat</w:t>
            </w:r>
          </w:p>
        </w:tc>
        <w:tc>
          <w:tcPr>
            <w:tcW w:w="691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F0423" w:rsidRPr="00201A34" w:rsidRDefault="00B644E7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B644E7">
              <w:rPr>
                <w:rFonts w:ascii="Times New Roman" w:hAnsi="Times New Roman" w:cs="Times New Roman"/>
                <w:sz w:val="20"/>
                <w:szCs w:val="20"/>
              </w:rPr>
              <w:t>P15. Textul citit de mai multe ori (cunoscut)</w:t>
            </w:r>
          </w:p>
        </w:tc>
      </w:tr>
    </w:tbl>
    <w:p w:rsidR="009F0423" w:rsidRPr="00201A34" w:rsidRDefault="002774DE">
      <w:pPr>
        <w:keepNext/>
        <w:spacing w:before="160"/>
        <w:rPr>
          <w:rFonts w:ascii="Times New Roman" w:hAnsi="Times New Roman" w:cs="Times New Roman"/>
          <w:sz w:val="20"/>
          <w:szCs w:val="20"/>
        </w:rPr>
      </w:pPr>
      <w:r w:rsidRPr="00201A34">
        <w:rPr>
          <w:rFonts w:ascii="Times New Roman" w:hAnsi="Times New Roman" w:cs="Times New Roman"/>
          <w:b/>
          <w:color w:val="2E75B6"/>
          <w:sz w:val="20"/>
          <w:szCs w:val="20"/>
        </w:rPr>
        <w:t>• CLASA a III-a</w:t>
      </w:r>
    </w:p>
    <w:tbl>
      <w:tblPr>
        <w:tblW w:w="0" w:type="auto"/>
        <w:jc w:val="center"/>
        <w:tblBorders>
          <w:top w:val="single" w:sz="4" w:space="0" w:color="D3D3D3"/>
          <w:bottom w:val="single" w:sz="4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2880"/>
        <w:gridCol w:w="6912"/>
      </w:tblGrid>
      <w:tr w:rsidR="009F0423" w:rsidRPr="00201A34">
        <w:trPr>
          <w:jc w:val="center"/>
        </w:trPr>
        <w:tc>
          <w:tcPr>
            <w:tcW w:w="2880" w:type="dxa"/>
            <w:shd w:val="clear" w:color="auto" w:fill="F2F4F7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F0423" w:rsidRPr="00201A34" w:rsidRDefault="002774DE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b/>
                <w:color w:val="1F4E79"/>
                <w:sz w:val="20"/>
                <w:szCs w:val="20"/>
              </w:rPr>
              <w:t>Unități de competență vizate</w:t>
            </w:r>
          </w:p>
        </w:tc>
        <w:tc>
          <w:tcPr>
            <w:tcW w:w="691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E1E48" w:rsidRPr="005E1E48" w:rsidRDefault="005E1E48" w:rsidP="005E1E48">
            <w:pPr>
              <w:spacing w:after="4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5E1E4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6.1.</w:t>
            </w:r>
            <w:r w:rsidRPr="005E1E4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Identificarea elementelor principale ale cărților citite și discutate în grupuri sau în colectivul clasei.</w:t>
            </w:r>
          </w:p>
          <w:p w:rsidR="005E1E48" w:rsidRPr="005E1E48" w:rsidRDefault="005E1E48" w:rsidP="005E1E48">
            <w:pPr>
              <w:spacing w:after="4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5E1E4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6.2.</w:t>
            </w:r>
            <w:r w:rsidRPr="005E1E4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Determinarea conținutului unei cărți după titlu, autor și ilustrații.</w:t>
            </w:r>
          </w:p>
          <w:p w:rsidR="005E1E48" w:rsidRPr="005E1E48" w:rsidRDefault="005E1E48" w:rsidP="005E1E48">
            <w:pPr>
              <w:spacing w:after="4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5E1E4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6.3.</w:t>
            </w:r>
            <w:r w:rsidRPr="005E1E4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Prezentarea orală, pe baza unor repere, a unor cărți citite independent.</w:t>
            </w:r>
          </w:p>
          <w:p w:rsidR="005E1E48" w:rsidRPr="005E1E48" w:rsidRDefault="005E1E48" w:rsidP="005E1E48">
            <w:pPr>
              <w:spacing w:after="4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5E1E4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6.4.</w:t>
            </w:r>
            <w:r w:rsidRPr="005E1E4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Alegerea motivată a diferitor tipuri de cărți pentru lectura suplimentară.</w:t>
            </w:r>
          </w:p>
          <w:p w:rsidR="009F0423" w:rsidRPr="005E1E48" w:rsidRDefault="009F0423">
            <w:pPr>
              <w:spacing w:after="4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</w:tr>
      <w:tr w:rsidR="009F0423" w:rsidRPr="00201A34">
        <w:trPr>
          <w:jc w:val="center"/>
        </w:trPr>
        <w:tc>
          <w:tcPr>
            <w:tcW w:w="2880" w:type="dxa"/>
            <w:shd w:val="clear" w:color="auto" w:fill="F2F4F7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F0423" w:rsidRPr="00201A34" w:rsidRDefault="00F51853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1F4E79"/>
                <w:sz w:val="20"/>
                <w:szCs w:val="20"/>
              </w:rPr>
              <w:t>Rezultate ale învățării</w:t>
            </w:r>
          </w:p>
        </w:tc>
        <w:tc>
          <w:tcPr>
            <w:tcW w:w="691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600A" w:rsidRPr="00201A34" w:rsidRDefault="002774DE" w:rsidP="0054600A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sz w:val="20"/>
                <w:szCs w:val="20"/>
              </w:rPr>
              <w:t>La sfârșitul lecției, elevul va putea:</w:t>
            </w:r>
            <w:r w:rsidRPr="00201A3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F93BAA" w:rsidRPr="00201A34">
              <w:rPr>
                <w:rStyle w:val="af6"/>
                <w:rFonts w:ascii="Times New Roman" w:hAnsi="Times New Roman" w:cs="Times New Roman"/>
                <w:b w:val="0"/>
                <w:sz w:val="20"/>
                <w:szCs w:val="20"/>
              </w:rPr>
              <w:t>1.</w:t>
            </w:r>
            <w:r w:rsidR="0054600A" w:rsidRPr="00201A34">
              <w:rPr>
                <w:rStyle w:val="af6"/>
                <w:rFonts w:ascii="Times New Roman" w:hAnsi="Times New Roman" w:cs="Times New Roman"/>
                <w:b w:val="0"/>
                <w:sz w:val="20"/>
                <w:szCs w:val="20"/>
              </w:rPr>
              <w:t>identifica și denumi componentele cărții</w:t>
            </w:r>
            <w:r w:rsidR="0054600A" w:rsidRPr="00201A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;</w:t>
            </w:r>
            <w:r w:rsidR="0054600A" w:rsidRPr="00201A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4600A" w:rsidRPr="00201A34" w:rsidRDefault="00F93BAA" w:rsidP="0054600A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54600A" w:rsidRPr="00201A34">
              <w:rPr>
                <w:rFonts w:ascii="Times New Roman" w:hAnsi="Times New Roman" w:cs="Times New Roman"/>
                <w:sz w:val="20"/>
                <w:szCs w:val="20"/>
              </w:rPr>
              <w:t xml:space="preserve">explica rolul acestora; </w:t>
            </w:r>
          </w:p>
          <w:p w:rsidR="009F0423" w:rsidRPr="00201A34" w:rsidRDefault="00F93BAA" w:rsidP="00F93BAA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sz w:val="20"/>
                <w:szCs w:val="20"/>
              </w:rPr>
              <w:t>3.utilizează informaț</w:t>
            </w:r>
            <w:r w:rsidR="0054600A" w:rsidRPr="00201A34">
              <w:rPr>
                <w:rFonts w:ascii="Times New Roman" w:hAnsi="Times New Roman" w:cs="Times New Roman"/>
                <w:sz w:val="20"/>
                <w:szCs w:val="20"/>
              </w:rPr>
              <w:t xml:space="preserve">iile pentru orientarea în carte; </w:t>
            </w:r>
          </w:p>
        </w:tc>
      </w:tr>
      <w:tr w:rsidR="009F0423" w:rsidRPr="00201A34">
        <w:trPr>
          <w:jc w:val="center"/>
        </w:trPr>
        <w:tc>
          <w:tcPr>
            <w:tcW w:w="2880" w:type="dxa"/>
            <w:shd w:val="clear" w:color="auto" w:fill="F2F4F7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F0423" w:rsidRPr="00201A34" w:rsidRDefault="00F51853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1F4E79"/>
                <w:sz w:val="20"/>
                <w:szCs w:val="20"/>
              </w:rPr>
              <w:t>Obiectivele lecției</w:t>
            </w:r>
          </w:p>
        </w:tc>
        <w:tc>
          <w:tcPr>
            <w:tcW w:w="691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E1E48" w:rsidRPr="005E1E48" w:rsidRDefault="005E1E48" w:rsidP="005E1E48">
            <w:pPr>
              <w:spacing w:after="4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5E1E4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O1:</w:t>
            </w:r>
            <w:r w:rsidRPr="005E1E4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Să identifice și să denumească </w:t>
            </w:r>
            <w:r w:rsidRPr="005E1E4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minimum 5 componente</w:t>
            </w:r>
            <w:r w:rsidRPr="005E1E4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ale unei cărți, pe baza unei cărți prezentate.</w:t>
            </w:r>
          </w:p>
          <w:p w:rsidR="005E1E48" w:rsidRPr="005E1E48" w:rsidRDefault="005E1E48" w:rsidP="005E1E48">
            <w:pPr>
              <w:spacing w:after="4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5E1E4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O2:</w:t>
            </w:r>
            <w:r w:rsidRPr="005E1E4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Să explice corect </w:t>
            </w:r>
            <w:r w:rsidRPr="005E1E4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rolul a cel puțin 3 componente</w:t>
            </w:r>
            <w:r w:rsidRPr="005E1E4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ale cărții, în răspunsuri orale sau în fișa de lucru.</w:t>
            </w:r>
          </w:p>
          <w:p w:rsidR="005E1E48" w:rsidRPr="005E1E48" w:rsidRDefault="005E1E48" w:rsidP="005E1E48">
            <w:pPr>
              <w:spacing w:after="4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5E1E4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O3:</w:t>
            </w:r>
            <w:r w:rsidRPr="005E1E4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Să extragă </w:t>
            </w:r>
            <w:r w:rsidRPr="005E1E4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minimum 4 informații</w:t>
            </w:r>
            <w:r w:rsidRPr="005E1E4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despre carte, folosind coperta, titlul, autorul și imaginil</w:t>
            </w:r>
          </w:p>
          <w:p w:rsidR="009F0423" w:rsidRPr="005E1E48" w:rsidRDefault="009F0423">
            <w:pPr>
              <w:spacing w:after="4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</w:tr>
      <w:tr w:rsidR="009F0423" w:rsidRPr="00201A34">
        <w:trPr>
          <w:jc w:val="center"/>
        </w:trPr>
        <w:tc>
          <w:tcPr>
            <w:tcW w:w="2880" w:type="dxa"/>
            <w:shd w:val="clear" w:color="auto" w:fill="F2F4F7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F0423" w:rsidRPr="00201A34" w:rsidRDefault="002774DE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b/>
                <w:color w:val="1F4E79"/>
                <w:sz w:val="20"/>
                <w:szCs w:val="20"/>
              </w:rPr>
              <w:t>Produs de învățare evaluat</w:t>
            </w:r>
          </w:p>
        </w:tc>
        <w:tc>
          <w:tcPr>
            <w:tcW w:w="691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F0423" w:rsidRPr="00201A34" w:rsidRDefault="002E0A0B" w:rsidP="00B644E7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 </w:t>
            </w:r>
            <w:r w:rsidR="00B644E7" w:rsidRPr="00B644E7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P29. Prezentarea unei cărți citite</w:t>
            </w:r>
            <w:r w:rsidR="00B644E7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 –identificarea și prezentarea componentelor unei cărți</w:t>
            </w:r>
          </w:p>
        </w:tc>
      </w:tr>
    </w:tbl>
    <w:p w:rsidR="009F0423" w:rsidRPr="00201A34" w:rsidRDefault="002774DE">
      <w:pPr>
        <w:keepNext/>
        <w:spacing w:before="160"/>
        <w:rPr>
          <w:rFonts w:ascii="Times New Roman" w:hAnsi="Times New Roman" w:cs="Times New Roman"/>
          <w:sz w:val="20"/>
          <w:szCs w:val="20"/>
        </w:rPr>
      </w:pPr>
      <w:r w:rsidRPr="00201A34">
        <w:rPr>
          <w:rFonts w:ascii="Times New Roman" w:hAnsi="Times New Roman" w:cs="Times New Roman"/>
          <w:b/>
          <w:color w:val="2E75B6"/>
          <w:sz w:val="20"/>
          <w:szCs w:val="20"/>
        </w:rPr>
        <w:t>• CLASA a IV-a</w:t>
      </w:r>
    </w:p>
    <w:tbl>
      <w:tblPr>
        <w:tblW w:w="0" w:type="auto"/>
        <w:jc w:val="center"/>
        <w:tblBorders>
          <w:top w:val="single" w:sz="4" w:space="0" w:color="D3D3D3"/>
          <w:bottom w:val="single" w:sz="4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2880"/>
        <w:gridCol w:w="6912"/>
      </w:tblGrid>
      <w:tr w:rsidR="009F0423" w:rsidRPr="00201A34">
        <w:trPr>
          <w:jc w:val="center"/>
        </w:trPr>
        <w:tc>
          <w:tcPr>
            <w:tcW w:w="2880" w:type="dxa"/>
            <w:shd w:val="clear" w:color="auto" w:fill="F2F4F7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F0423" w:rsidRPr="00201A34" w:rsidRDefault="002774DE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b/>
                <w:color w:val="1F4E79"/>
                <w:sz w:val="20"/>
                <w:szCs w:val="20"/>
              </w:rPr>
              <w:t>Unități de competență vizate</w:t>
            </w:r>
          </w:p>
        </w:tc>
        <w:tc>
          <w:tcPr>
            <w:tcW w:w="691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E1E48" w:rsidRPr="005E1E48" w:rsidRDefault="005E1E48" w:rsidP="005E1E48">
            <w:pPr>
              <w:spacing w:after="4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5E1E4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3.1.</w:t>
            </w:r>
            <w:r w:rsidRPr="005E1E4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Utilizarea eficientă a tehnicilor de lectură corectă, conștientă și fluidă.</w:t>
            </w:r>
          </w:p>
          <w:p w:rsidR="005E1E48" w:rsidRPr="005E1E48" w:rsidRDefault="005E1E48" w:rsidP="005E1E48">
            <w:pPr>
              <w:spacing w:after="4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5E1E4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3.2.</w:t>
            </w:r>
            <w:r w:rsidRPr="005E1E4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Extragerea informațiilor esențiale și de detaliu dintr-un text citit.</w:t>
            </w:r>
          </w:p>
          <w:p w:rsidR="005E1E48" w:rsidRPr="005E1E48" w:rsidRDefault="005E1E48" w:rsidP="005E1E48">
            <w:pPr>
              <w:spacing w:after="4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5E1E4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3.3.</w:t>
            </w:r>
            <w:r w:rsidRPr="005E1E4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Formularea ideilor principale ale unui text narativ.</w:t>
            </w:r>
          </w:p>
          <w:p w:rsidR="005E1E48" w:rsidRPr="005E1E48" w:rsidRDefault="005E1E48" w:rsidP="005E1E48">
            <w:pPr>
              <w:spacing w:after="4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5E1E4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3.6.</w:t>
            </w:r>
            <w:r w:rsidRPr="005E1E4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Povestirea unui text literar sau informativ după un plan simplu de idei</w:t>
            </w:r>
          </w:p>
          <w:p w:rsidR="009F0423" w:rsidRPr="005E1E48" w:rsidRDefault="009F0423">
            <w:pPr>
              <w:spacing w:after="4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</w:tr>
      <w:tr w:rsidR="009F0423" w:rsidRPr="00201A34">
        <w:trPr>
          <w:jc w:val="center"/>
        </w:trPr>
        <w:tc>
          <w:tcPr>
            <w:tcW w:w="2880" w:type="dxa"/>
            <w:shd w:val="clear" w:color="auto" w:fill="F2F4F7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F0423" w:rsidRPr="00201A34" w:rsidRDefault="002774DE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b/>
                <w:color w:val="1F4E79"/>
                <w:sz w:val="20"/>
                <w:szCs w:val="20"/>
              </w:rPr>
              <w:lastRenderedPageBreak/>
              <w:t>Rezultate ale învățării</w:t>
            </w:r>
          </w:p>
        </w:tc>
        <w:tc>
          <w:tcPr>
            <w:tcW w:w="691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93BAA" w:rsidRPr="00201A34" w:rsidRDefault="002774DE" w:rsidP="00F93BAA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sz w:val="20"/>
                <w:szCs w:val="20"/>
              </w:rPr>
              <w:t>La sfârșitul lecției, elevul va putea:</w:t>
            </w:r>
            <w:r w:rsidRPr="00201A3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F93BAA" w:rsidRPr="00201A3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F93BAA" w:rsidRPr="00201A34">
              <w:rPr>
                <w:rStyle w:val="af6"/>
                <w:rFonts w:ascii="Times New Roman" w:hAnsi="Times New Roman" w:cs="Times New Roman"/>
                <w:b w:val="0"/>
                <w:sz w:val="20"/>
                <w:szCs w:val="20"/>
              </w:rPr>
              <w:t>identifica și explica rolul componentelor cărții</w:t>
            </w:r>
            <w:r w:rsidR="00F93BAA" w:rsidRPr="00201A34">
              <w:rPr>
                <w:rFonts w:ascii="Times New Roman" w:hAnsi="Times New Roman" w:cs="Times New Roman"/>
                <w:b/>
                <w:sz w:val="20"/>
                <w:szCs w:val="20"/>
              </w:rPr>
              <w:t>;</w:t>
            </w:r>
            <w:r w:rsidR="00F93BAA" w:rsidRPr="00201A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93BAA" w:rsidRPr="00201A34" w:rsidRDefault="00F93BAA" w:rsidP="00F93BAA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sz w:val="20"/>
                <w:szCs w:val="20"/>
              </w:rPr>
              <w:t>2.utilizeaza cuprinsul pentru orientarea în carte;</w:t>
            </w:r>
          </w:p>
          <w:p w:rsidR="00F93BAA" w:rsidRPr="00201A34" w:rsidRDefault="00F93BAA" w:rsidP="00F93BAA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sz w:val="20"/>
                <w:szCs w:val="20"/>
              </w:rPr>
              <w:t xml:space="preserve">3. selecta informații despre o carte și autorul ei; </w:t>
            </w:r>
          </w:p>
          <w:p w:rsidR="00F93BAA" w:rsidRPr="00201A34" w:rsidRDefault="00F93BAA" w:rsidP="00F93BAA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sz w:val="20"/>
                <w:szCs w:val="20"/>
              </w:rPr>
              <w:t xml:space="preserve">4.formula </w:t>
            </w:r>
            <w:r w:rsidRPr="00201A34">
              <w:rPr>
                <w:rStyle w:val="af6"/>
                <w:rFonts w:ascii="Times New Roman" w:hAnsi="Times New Roman" w:cs="Times New Roman"/>
                <w:b w:val="0"/>
                <w:sz w:val="20"/>
                <w:szCs w:val="20"/>
              </w:rPr>
              <w:t>opinii și aprecieri despre texte</w:t>
            </w:r>
            <w:r w:rsidRPr="00201A34">
              <w:rPr>
                <w:rFonts w:ascii="Times New Roman" w:hAnsi="Times New Roman" w:cs="Times New Roman"/>
                <w:b/>
                <w:sz w:val="20"/>
                <w:szCs w:val="20"/>
              </w:rPr>
              <w:t>;</w:t>
            </w:r>
          </w:p>
          <w:p w:rsidR="009F0423" w:rsidRPr="00201A34" w:rsidRDefault="00F93BAA" w:rsidP="00F93BAA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sz w:val="20"/>
                <w:szCs w:val="20"/>
              </w:rPr>
              <w:t xml:space="preserve"> 5.manifestă interes pentru lectură și pentru valorile promovate de textele despre </w:t>
            </w:r>
            <w:r w:rsidRPr="00201A34">
              <w:rPr>
                <w:rStyle w:val="af6"/>
                <w:rFonts w:ascii="Times New Roman" w:hAnsi="Times New Roman" w:cs="Times New Roman"/>
                <w:b w:val="0"/>
                <w:sz w:val="20"/>
                <w:szCs w:val="20"/>
              </w:rPr>
              <w:t>țară, patrie și neam</w:t>
            </w:r>
            <w:r w:rsidRPr="00201A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2E0A0B" w:rsidRPr="00201A34" w:rsidTr="00500EF8">
        <w:trPr>
          <w:jc w:val="center"/>
        </w:trPr>
        <w:tc>
          <w:tcPr>
            <w:tcW w:w="2880" w:type="dxa"/>
            <w:shd w:val="clear" w:color="auto" w:fill="F2F4F7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2E0A0B" w:rsidRPr="00201A34" w:rsidRDefault="00F51853" w:rsidP="002E0A0B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1F4E79"/>
                <w:sz w:val="20"/>
                <w:szCs w:val="20"/>
              </w:rPr>
              <w:t>Obiective lecției</w:t>
            </w:r>
          </w:p>
        </w:tc>
        <w:tc>
          <w:tcPr>
            <w:tcW w:w="691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5E1E48" w:rsidRPr="005E1E48" w:rsidRDefault="005E1E48" w:rsidP="005E1E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E1E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O1:</w:t>
            </w:r>
            <w:r w:rsidRPr="005E1E4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Să identifice și să explice </w:t>
            </w:r>
            <w:r w:rsidRPr="005E1E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rolul a minimum 5 componente</w:t>
            </w:r>
            <w:r w:rsidRPr="005E1E4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ale cărții, utilizând o carte-model.</w:t>
            </w:r>
          </w:p>
          <w:p w:rsidR="005E1E48" w:rsidRPr="005E1E48" w:rsidRDefault="005E1E48" w:rsidP="005E1E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E1E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O2:</w:t>
            </w:r>
            <w:r w:rsidRPr="005E1E4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Să utilizeze </w:t>
            </w:r>
            <w:r w:rsidRPr="005E1E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cuprinsul pentru identificarea a cel puțin 3 informații</w:t>
            </w:r>
            <w:r w:rsidRPr="005E1E4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solicitate.</w:t>
            </w:r>
          </w:p>
          <w:p w:rsidR="005E1E48" w:rsidRPr="005E1E48" w:rsidRDefault="005E1E48" w:rsidP="005E1E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E1E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O3:</w:t>
            </w:r>
            <w:r w:rsidRPr="005E1E4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Să formuleze </w:t>
            </w:r>
            <w:r w:rsidRPr="005E1E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în 3–4 enunțuri o opinie argumentată</w:t>
            </w:r>
            <w:r w:rsidRPr="005E1E4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despre rolul cărții în păstrarea valorilor culturale și a identității naționale</w:t>
            </w:r>
          </w:p>
          <w:p w:rsidR="002E0A0B" w:rsidRPr="005E1E48" w:rsidRDefault="002E0A0B" w:rsidP="002E0A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</w:tr>
      <w:tr w:rsidR="002E0A0B" w:rsidRPr="00201A34">
        <w:trPr>
          <w:jc w:val="center"/>
        </w:trPr>
        <w:tc>
          <w:tcPr>
            <w:tcW w:w="2880" w:type="dxa"/>
            <w:shd w:val="clear" w:color="auto" w:fill="F2F4F7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2E0A0B" w:rsidRPr="00201A34" w:rsidRDefault="002E0A0B" w:rsidP="002E0A0B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b/>
                <w:color w:val="1F4E79"/>
                <w:sz w:val="20"/>
                <w:szCs w:val="20"/>
              </w:rPr>
              <w:t>Produs de învățare evaluat</w:t>
            </w:r>
          </w:p>
        </w:tc>
        <w:tc>
          <w:tcPr>
            <w:tcW w:w="691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2E0A0B" w:rsidRPr="00201A34" w:rsidRDefault="00B644E7" w:rsidP="002E0A0B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B644E7">
              <w:rPr>
                <w:rFonts w:ascii="Times New Roman" w:hAnsi="Times New Roman" w:cs="Times New Roman"/>
                <w:sz w:val="20"/>
                <w:szCs w:val="20"/>
              </w:rPr>
              <w:t>P41. Prezentarea unei cărți citite</w:t>
            </w:r>
          </w:p>
        </w:tc>
      </w:tr>
    </w:tbl>
    <w:p w:rsidR="009F0423" w:rsidRPr="00201A34" w:rsidRDefault="009F0423">
      <w:pPr>
        <w:spacing w:after="120"/>
        <w:rPr>
          <w:rFonts w:ascii="Times New Roman" w:hAnsi="Times New Roman" w:cs="Times New Roman"/>
          <w:sz w:val="20"/>
          <w:szCs w:val="20"/>
        </w:rPr>
      </w:pPr>
    </w:p>
    <w:p w:rsidR="009F0423" w:rsidRPr="00201A34" w:rsidRDefault="002774DE">
      <w:pPr>
        <w:keepNext/>
        <w:spacing w:before="240" w:after="120"/>
        <w:rPr>
          <w:rFonts w:ascii="Times New Roman" w:hAnsi="Times New Roman" w:cs="Times New Roman"/>
          <w:sz w:val="20"/>
          <w:szCs w:val="20"/>
        </w:rPr>
      </w:pPr>
      <w:r w:rsidRPr="00201A34">
        <w:rPr>
          <w:rFonts w:ascii="Times New Roman" w:hAnsi="Times New Roman" w:cs="Times New Roman"/>
          <w:b/>
          <w:color w:val="1F4E79"/>
          <w:sz w:val="20"/>
          <w:szCs w:val="20"/>
        </w:rPr>
        <w:t>4. Tehnologia didactică și resursele lecției</w:t>
      </w:r>
    </w:p>
    <w:tbl>
      <w:tblPr>
        <w:tblW w:w="0" w:type="auto"/>
        <w:jc w:val="center"/>
        <w:tblBorders>
          <w:top w:val="single" w:sz="4" w:space="0" w:color="D3D3D3"/>
          <w:bottom w:val="single" w:sz="4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3168"/>
        <w:gridCol w:w="6624"/>
      </w:tblGrid>
      <w:tr w:rsidR="009F0423" w:rsidRPr="00201A34">
        <w:trPr>
          <w:jc w:val="center"/>
        </w:trPr>
        <w:tc>
          <w:tcPr>
            <w:tcW w:w="3168" w:type="dxa"/>
            <w:shd w:val="clear" w:color="auto" w:fill="F2F4F7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F0423" w:rsidRPr="00201A34" w:rsidRDefault="002774DE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b/>
                <w:color w:val="1F4E79"/>
                <w:sz w:val="20"/>
                <w:szCs w:val="20"/>
              </w:rPr>
              <w:t>Metode și procedee didactice</w:t>
            </w:r>
          </w:p>
        </w:tc>
        <w:tc>
          <w:tcPr>
            <w:tcW w:w="662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F0423" w:rsidRPr="00201A34" w:rsidRDefault="001834FE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sz w:val="20"/>
                <w:szCs w:val="20"/>
              </w:rPr>
              <w:t>Conversația euristică,observarea,problematizarea,demonstrația, explicația,exercițiul,lectura,învățarea prin descoperire</w:t>
            </w:r>
          </w:p>
        </w:tc>
      </w:tr>
      <w:tr w:rsidR="009F0423" w:rsidRPr="00201A34">
        <w:trPr>
          <w:jc w:val="center"/>
        </w:trPr>
        <w:tc>
          <w:tcPr>
            <w:tcW w:w="3168" w:type="dxa"/>
            <w:shd w:val="clear" w:color="auto" w:fill="F2F4F7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F0423" w:rsidRPr="00201A34" w:rsidRDefault="002774DE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b/>
                <w:color w:val="1F4E79"/>
                <w:sz w:val="20"/>
                <w:szCs w:val="20"/>
              </w:rPr>
              <w:t>Forme de organizare a activității</w:t>
            </w:r>
          </w:p>
        </w:tc>
        <w:tc>
          <w:tcPr>
            <w:tcW w:w="662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F0423" w:rsidRPr="00201A34" w:rsidRDefault="002774DE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sz w:val="20"/>
                <w:szCs w:val="20"/>
              </w:rPr>
              <w:t>Activitate comună (la început și final), activitate directă cu cadrul didactic (pe rotații), activitate independentă diferențiată, lucru în perechi, tutorat între elevi (clasele mari sprijină la nevoie clasele mici).</w:t>
            </w:r>
          </w:p>
        </w:tc>
      </w:tr>
      <w:tr w:rsidR="009F0423" w:rsidRPr="00201A34">
        <w:trPr>
          <w:jc w:val="center"/>
        </w:trPr>
        <w:tc>
          <w:tcPr>
            <w:tcW w:w="3168" w:type="dxa"/>
            <w:shd w:val="clear" w:color="auto" w:fill="F2F4F7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F0423" w:rsidRPr="00201A34" w:rsidRDefault="002774DE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color w:val="1F4E79"/>
                <w:sz w:val="20"/>
                <w:szCs w:val="20"/>
              </w:rPr>
              <w:t>Resurse materiale și mijloace</w:t>
            </w:r>
          </w:p>
        </w:tc>
        <w:tc>
          <w:tcPr>
            <w:tcW w:w="662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78"/>
              <w:gridCol w:w="1119"/>
              <w:gridCol w:w="4767"/>
            </w:tblGrid>
            <w:tr w:rsidR="001834FE" w:rsidRPr="00201A34" w:rsidTr="001834F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834FE" w:rsidRPr="001834FE" w:rsidRDefault="001834FE" w:rsidP="001834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0"/>
                      <w:szCs w:val="20"/>
                      <w:lang w:val="ro-RO" w:eastAsia="ro-RO"/>
                    </w:rPr>
                  </w:pPr>
                  <w:r w:rsidRPr="00201A34">
                    <w:rPr>
                      <w:rFonts w:ascii="Times New Roman" w:eastAsia="Times New Roman" w:hAnsi="Times New Roman" w:cs="Times New Roman"/>
                      <w:bCs/>
                      <w:color w:val="auto"/>
                      <w:sz w:val="20"/>
                      <w:szCs w:val="20"/>
                      <w:lang w:val="ro-RO" w:eastAsia="ro-RO"/>
                    </w:rPr>
                    <w:t xml:space="preserve">Clasa </w:t>
                  </w:r>
                  <w:r w:rsidRPr="001834FE">
                    <w:rPr>
                      <w:rFonts w:ascii="Times New Roman" w:eastAsia="Times New Roman" w:hAnsi="Times New Roman" w:cs="Times New Roman"/>
                      <w:bCs/>
                      <w:color w:val="auto"/>
                      <w:sz w:val="20"/>
                      <w:szCs w:val="20"/>
                      <w:lang w:val="ro-RO" w:eastAsia="ro-RO"/>
                    </w:rPr>
                    <w:t>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834FE" w:rsidRPr="001834FE" w:rsidRDefault="001834FE" w:rsidP="001834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0"/>
                      <w:szCs w:val="20"/>
                      <w:lang w:val="ro-RO" w:eastAsia="ro-RO"/>
                    </w:rPr>
                  </w:pPr>
                  <w:r w:rsidRPr="001834FE">
                    <w:rPr>
                      <w:rFonts w:ascii="Times New Roman" w:eastAsia="Times New Roman" w:hAnsi="Times New Roman" w:cs="Times New Roman"/>
                      <w:bCs/>
                      <w:color w:val="auto"/>
                      <w:sz w:val="20"/>
                      <w:szCs w:val="20"/>
                      <w:lang w:val="ro-RO" w:eastAsia="ro-RO"/>
                    </w:rPr>
                    <w:t xml:space="preserve">Caietul </w:t>
                  </w:r>
                  <w:r w:rsidR="001C479A" w:rsidRPr="00201A34">
                    <w:rPr>
                      <w:rFonts w:ascii="Times New Roman" w:eastAsia="Times New Roman" w:hAnsi="Times New Roman" w:cs="Times New Roman"/>
                      <w:bCs/>
                      <w:color w:val="auto"/>
                      <w:sz w:val="20"/>
                      <w:szCs w:val="20"/>
                      <w:lang w:val="ro-RO" w:eastAsia="ro-RO"/>
                    </w:rPr>
                    <w:t xml:space="preserve"> </w:t>
                  </w:r>
                  <w:r w:rsidRPr="001834FE">
                    <w:rPr>
                      <w:rFonts w:ascii="Times New Roman" w:eastAsia="Times New Roman" w:hAnsi="Times New Roman" w:cs="Times New Roman"/>
                      <w:bCs/>
                      <w:color w:val="auto"/>
                      <w:sz w:val="20"/>
                      <w:szCs w:val="20"/>
                      <w:lang w:val="ro-RO" w:eastAsia="ro-RO"/>
                    </w:rPr>
                    <w:t>elevului</w:t>
                  </w:r>
                  <w:r w:rsidRPr="00201A34">
                    <w:rPr>
                      <w:rFonts w:ascii="Times New Roman" w:eastAsia="Times New Roman" w:hAnsi="Times New Roman" w:cs="Times New Roman"/>
                      <w:color w:val="auto"/>
                      <w:sz w:val="20"/>
                      <w:szCs w:val="20"/>
                      <w:lang w:val="ro-RO" w:eastAsia="ro-RO"/>
                    </w:rPr>
                    <w:t xml:space="preserve"> – 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834FE" w:rsidRPr="001834FE" w:rsidRDefault="001834FE" w:rsidP="001834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0"/>
                      <w:szCs w:val="20"/>
                      <w:lang w:val="ro-RO" w:eastAsia="ro-RO"/>
                    </w:rPr>
                  </w:pPr>
                  <w:r w:rsidRPr="001834FE">
                    <w:rPr>
                      <w:rFonts w:ascii="Times New Roman" w:eastAsia="Times New Roman" w:hAnsi="Times New Roman" w:cs="Times New Roman"/>
                      <w:color w:val="auto"/>
                      <w:sz w:val="20"/>
                      <w:szCs w:val="20"/>
                      <w:lang w:val="ro-RO" w:eastAsia="ro-RO"/>
                    </w:rPr>
                    <w:t xml:space="preserve">Caietul elevului, caiet, </w:t>
                  </w:r>
                  <w:r w:rsidRPr="00201A34">
                    <w:rPr>
                      <w:rFonts w:ascii="Times New Roman" w:eastAsia="Times New Roman" w:hAnsi="Times New Roman" w:cs="Times New Roman"/>
                      <w:color w:val="auto"/>
                      <w:sz w:val="20"/>
                      <w:szCs w:val="20"/>
                      <w:lang w:val="ro-RO" w:eastAsia="ro-RO"/>
                    </w:rPr>
                    <w:t xml:space="preserve">creion, gumă, fișă cu modele de </w:t>
                  </w:r>
                  <w:r w:rsidRPr="001834FE">
                    <w:rPr>
                      <w:rFonts w:ascii="Times New Roman" w:eastAsia="Times New Roman" w:hAnsi="Times New Roman" w:cs="Times New Roman"/>
                      <w:color w:val="auto"/>
                      <w:sz w:val="20"/>
                      <w:szCs w:val="20"/>
                      <w:lang w:val="ro-RO" w:eastAsia="ro-RO"/>
                    </w:rPr>
                    <w:t>linioare oblice, tablă, model grafic, creioane colorate</w:t>
                  </w:r>
                </w:p>
              </w:tc>
            </w:tr>
          </w:tbl>
          <w:p w:rsidR="001834FE" w:rsidRPr="001834FE" w:rsidRDefault="001834FE" w:rsidP="001834FE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color w:val="auto"/>
                <w:sz w:val="20"/>
                <w:szCs w:val="20"/>
                <w:lang w:val="ro-RO" w:eastAsia="ro-RO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85"/>
              <w:gridCol w:w="2371"/>
              <w:gridCol w:w="3408"/>
            </w:tblGrid>
            <w:tr w:rsidR="001834FE" w:rsidRPr="001834FE" w:rsidTr="001834F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834FE" w:rsidRPr="001834FE" w:rsidRDefault="001834FE" w:rsidP="001834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0"/>
                      <w:szCs w:val="20"/>
                      <w:lang w:val="ro-RO" w:eastAsia="ro-RO"/>
                    </w:rPr>
                  </w:pPr>
                  <w:r w:rsidRPr="001834FE">
                    <w:rPr>
                      <w:rFonts w:ascii="Times New Roman" w:eastAsia="Times New Roman" w:hAnsi="Times New Roman" w:cs="Times New Roman"/>
                      <w:bCs/>
                      <w:color w:val="auto"/>
                      <w:sz w:val="20"/>
                      <w:szCs w:val="20"/>
                      <w:lang w:val="ro-RO" w:eastAsia="ro-RO"/>
                    </w:rPr>
                    <w:t>Clasa a II-a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834FE" w:rsidRPr="001834FE" w:rsidRDefault="001834FE" w:rsidP="001834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0"/>
                      <w:szCs w:val="20"/>
                      <w:lang w:val="ro-RO" w:eastAsia="ro-RO"/>
                    </w:rPr>
                  </w:pPr>
                  <w:r w:rsidRPr="001834FE">
                    <w:rPr>
                      <w:rFonts w:ascii="Times New Roman" w:eastAsia="Times New Roman" w:hAnsi="Times New Roman" w:cs="Times New Roman"/>
                      <w:bCs/>
                      <w:color w:val="auto"/>
                      <w:sz w:val="20"/>
                      <w:szCs w:val="20"/>
                      <w:lang w:val="ro-RO" w:eastAsia="ro-RO"/>
                    </w:rPr>
                    <w:t>Manualul – pag. 10</w:t>
                  </w:r>
                  <w:r w:rsidRPr="001834FE">
                    <w:rPr>
                      <w:rFonts w:ascii="Times New Roman" w:eastAsia="Times New Roman" w:hAnsi="Times New Roman" w:cs="Times New Roman"/>
                      <w:color w:val="auto"/>
                      <w:sz w:val="20"/>
                      <w:szCs w:val="20"/>
                      <w:lang w:val="ro-RO" w:eastAsia="ro-RO"/>
                    </w:rPr>
                    <w:t xml:space="preserve"> – </w:t>
                  </w:r>
                  <w:r w:rsidRPr="001834FE">
                    <w:rPr>
                      <w:rFonts w:ascii="Times New Roman" w:eastAsia="Times New Roman" w:hAnsi="Times New Roman" w:cs="Times New Roman"/>
                      <w:i/>
                      <w:iCs/>
                      <w:color w:val="auto"/>
                      <w:sz w:val="20"/>
                      <w:szCs w:val="20"/>
                      <w:lang w:val="ro-RO" w:eastAsia="ro-RO"/>
                    </w:rPr>
                    <w:t>Școala lui Guguță</w:t>
                  </w:r>
                  <w:r w:rsidRPr="001834FE">
                    <w:rPr>
                      <w:rFonts w:ascii="Times New Roman" w:eastAsia="Times New Roman" w:hAnsi="Times New Roman" w:cs="Times New Roman"/>
                      <w:color w:val="auto"/>
                      <w:sz w:val="20"/>
                      <w:szCs w:val="20"/>
                      <w:lang w:val="ro-RO" w:eastAsia="ro-RO"/>
                    </w:rPr>
                    <w:t>, după Spiridon Vangheli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834FE" w:rsidRPr="001834FE" w:rsidRDefault="001834FE" w:rsidP="001834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0"/>
                      <w:szCs w:val="20"/>
                      <w:lang w:val="ro-RO" w:eastAsia="ro-RO"/>
                    </w:rPr>
                  </w:pPr>
                  <w:r w:rsidRPr="001834FE">
                    <w:rPr>
                      <w:rFonts w:ascii="Times New Roman" w:eastAsia="Times New Roman" w:hAnsi="Times New Roman" w:cs="Times New Roman"/>
                      <w:color w:val="auto"/>
                      <w:sz w:val="20"/>
                      <w:szCs w:val="20"/>
                      <w:lang w:val="ro-RO" w:eastAsia="ro-RO"/>
                    </w:rPr>
                    <w:t>Manual, caiet, fișă de lucru, creion, fișă de autoevaluare, tablă/proiector, cronometru digital</w:t>
                  </w:r>
                </w:p>
              </w:tc>
            </w:tr>
          </w:tbl>
          <w:p w:rsidR="001834FE" w:rsidRPr="001834FE" w:rsidRDefault="001834FE" w:rsidP="001834FE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color w:val="auto"/>
                <w:sz w:val="20"/>
                <w:szCs w:val="20"/>
                <w:lang w:val="ro-RO" w:eastAsia="ro-RO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56"/>
              <w:gridCol w:w="2600"/>
              <w:gridCol w:w="3208"/>
            </w:tblGrid>
            <w:tr w:rsidR="001834FE" w:rsidRPr="001834FE" w:rsidTr="001834F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834FE" w:rsidRPr="001834FE" w:rsidRDefault="001834FE" w:rsidP="001834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0"/>
                      <w:szCs w:val="20"/>
                      <w:lang w:val="ro-RO" w:eastAsia="ro-RO"/>
                    </w:rPr>
                  </w:pPr>
                  <w:r w:rsidRPr="001834FE">
                    <w:rPr>
                      <w:rFonts w:ascii="Times New Roman" w:eastAsia="Times New Roman" w:hAnsi="Times New Roman" w:cs="Times New Roman"/>
                      <w:bCs/>
                      <w:color w:val="auto"/>
                      <w:sz w:val="20"/>
                      <w:szCs w:val="20"/>
                      <w:lang w:val="ro-RO" w:eastAsia="ro-RO"/>
                    </w:rPr>
                    <w:t>Clasa a III-a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834FE" w:rsidRPr="001834FE" w:rsidRDefault="001834FE" w:rsidP="001834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0"/>
                      <w:szCs w:val="20"/>
                      <w:lang w:val="ro-RO" w:eastAsia="ro-RO"/>
                    </w:rPr>
                  </w:pPr>
                  <w:r w:rsidRPr="001834FE">
                    <w:rPr>
                      <w:rFonts w:ascii="Times New Roman" w:eastAsia="Times New Roman" w:hAnsi="Times New Roman" w:cs="Times New Roman"/>
                      <w:bCs/>
                      <w:color w:val="auto"/>
                      <w:sz w:val="20"/>
                      <w:szCs w:val="20"/>
                      <w:lang w:val="ro-RO" w:eastAsia="ro-RO"/>
                    </w:rPr>
                    <w:t>Manualul – pag. 12</w:t>
                  </w:r>
                  <w:r w:rsidRPr="001834FE">
                    <w:rPr>
                      <w:rFonts w:ascii="Times New Roman" w:eastAsia="Times New Roman" w:hAnsi="Times New Roman" w:cs="Times New Roman"/>
                      <w:color w:val="auto"/>
                      <w:sz w:val="20"/>
                      <w:szCs w:val="20"/>
                      <w:lang w:val="ro-RO" w:eastAsia="ro-RO"/>
                    </w:rPr>
                    <w:t xml:space="preserve"> – Componentele cărții. Actualizare. Modul în care comunicăm.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834FE" w:rsidRPr="001834FE" w:rsidRDefault="001834FE" w:rsidP="001834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0"/>
                      <w:szCs w:val="20"/>
                      <w:lang w:val="ro-RO" w:eastAsia="ro-RO"/>
                    </w:rPr>
                  </w:pPr>
                  <w:r w:rsidRPr="001834FE">
                    <w:rPr>
                      <w:rFonts w:ascii="Times New Roman" w:eastAsia="Times New Roman" w:hAnsi="Times New Roman" w:cs="Times New Roman"/>
                      <w:color w:val="auto"/>
                      <w:sz w:val="20"/>
                      <w:szCs w:val="20"/>
                      <w:lang w:val="ro-RO" w:eastAsia="ro-RO"/>
                    </w:rPr>
                    <w:t>Manual, caiet, fișă de evaluare formativă, carte-model, imagini cu componentele cărții, cartonașe, tablă/proiector</w:t>
                  </w:r>
                </w:p>
              </w:tc>
            </w:tr>
          </w:tbl>
          <w:p w:rsidR="001834FE" w:rsidRPr="001834FE" w:rsidRDefault="001834FE" w:rsidP="001834FE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color w:val="auto"/>
                <w:sz w:val="20"/>
                <w:szCs w:val="20"/>
                <w:lang w:val="ro-RO" w:eastAsia="ro-RO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46"/>
              <w:gridCol w:w="2424"/>
              <w:gridCol w:w="3394"/>
            </w:tblGrid>
            <w:tr w:rsidR="001834FE" w:rsidRPr="001834FE" w:rsidTr="001834F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834FE" w:rsidRPr="001834FE" w:rsidRDefault="001834FE" w:rsidP="001834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0"/>
                      <w:szCs w:val="20"/>
                      <w:lang w:val="ro-RO" w:eastAsia="ro-RO"/>
                    </w:rPr>
                  </w:pPr>
                  <w:r w:rsidRPr="001834FE">
                    <w:rPr>
                      <w:rFonts w:ascii="Times New Roman" w:eastAsia="Times New Roman" w:hAnsi="Times New Roman" w:cs="Times New Roman"/>
                      <w:bCs/>
                      <w:color w:val="auto"/>
                      <w:sz w:val="20"/>
                      <w:szCs w:val="20"/>
                      <w:lang w:val="ro-RO" w:eastAsia="ro-RO"/>
                    </w:rPr>
                    <w:t>Clasa a IV-a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834FE" w:rsidRPr="001834FE" w:rsidRDefault="001834FE" w:rsidP="001834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0"/>
                      <w:szCs w:val="20"/>
                      <w:lang w:val="ro-RO" w:eastAsia="ro-RO"/>
                    </w:rPr>
                  </w:pPr>
                  <w:r w:rsidRPr="001834FE">
                    <w:rPr>
                      <w:rFonts w:ascii="Times New Roman" w:eastAsia="Times New Roman" w:hAnsi="Times New Roman" w:cs="Times New Roman"/>
                      <w:bCs/>
                      <w:color w:val="auto"/>
                      <w:sz w:val="20"/>
                      <w:szCs w:val="20"/>
                      <w:lang w:val="ro-RO" w:eastAsia="ro-RO"/>
                    </w:rPr>
                    <w:t>Manualul – pagina corespunzătoare temei „Cartea. Componentele cărții...”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834FE" w:rsidRPr="001834FE" w:rsidRDefault="001834FE" w:rsidP="001834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0"/>
                      <w:szCs w:val="20"/>
                      <w:lang w:val="ro-RO" w:eastAsia="ro-RO"/>
                    </w:rPr>
                  </w:pPr>
                  <w:r w:rsidRPr="001834FE">
                    <w:rPr>
                      <w:rFonts w:ascii="Times New Roman" w:eastAsia="Times New Roman" w:hAnsi="Times New Roman" w:cs="Times New Roman"/>
                      <w:color w:val="auto"/>
                      <w:sz w:val="20"/>
                      <w:szCs w:val="20"/>
                      <w:lang w:val="ro-RO" w:eastAsia="ro-RO"/>
                    </w:rPr>
                    <w:t>Manual, caiet, cărți despre țară/patrie/neam, fișa „Pașaportul cărții”, cartonașe cu autori și titluri, carte-model, tablă/proiector</w:t>
                  </w:r>
                </w:p>
              </w:tc>
            </w:tr>
          </w:tbl>
          <w:p w:rsidR="009F0423" w:rsidRPr="00201A34" w:rsidRDefault="009F0423">
            <w:pPr>
              <w:spacing w:after="4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</w:tr>
      <w:tr w:rsidR="009F0423" w:rsidRPr="00201A34">
        <w:trPr>
          <w:jc w:val="center"/>
        </w:trPr>
        <w:tc>
          <w:tcPr>
            <w:tcW w:w="3168" w:type="dxa"/>
            <w:shd w:val="clear" w:color="auto" w:fill="F2F4F7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F0423" w:rsidRPr="00201A34" w:rsidRDefault="002774DE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b/>
                <w:color w:val="1F4E79"/>
                <w:sz w:val="20"/>
                <w:szCs w:val="20"/>
              </w:rPr>
              <w:t>Strategii de evaluare formativă</w:t>
            </w:r>
          </w:p>
        </w:tc>
        <w:tc>
          <w:tcPr>
            <w:tcW w:w="662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F0423" w:rsidRPr="00201A34" w:rsidRDefault="001C479A" w:rsidP="001C47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o-RO" w:eastAsia="ro-RO"/>
              </w:rPr>
            </w:pPr>
            <w:r w:rsidRPr="001C479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o-RO" w:eastAsia="ro-RO"/>
              </w:rPr>
              <w:t xml:space="preserve">  </w:t>
            </w:r>
            <w:r w:rsidRPr="001C479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ro-RO" w:eastAsia="ro-RO"/>
              </w:rPr>
              <w:t>Observarea sistematică</w:t>
            </w:r>
            <w:r w:rsidRPr="00201A34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o-RO" w:eastAsia="ro-RO"/>
              </w:rPr>
              <w:t xml:space="preserve"> a activității elevilor,</w:t>
            </w:r>
            <w:r w:rsidRPr="00201A3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ro-RO" w:eastAsia="ro-RO"/>
              </w:rPr>
              <w:t>c</w:t>
            </w:r>
            <w:r w:rsidRPr="001C479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ro-RO" w:eastAsia="ro-RO"/>
              </w:rPr>
              <w:t>hestionarea orală</w:t>
            </w:r>
            <w:r w:rsidRPr="001C479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o-RO" w:eastAsia="ro-RO"/>
              </w:rPr>
              <w:t xml:space="preserve"> în etapa de evocare; </w:t>
            </w:r>
            <w:r w:rsidRPr="00201A3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ro-RO" w:eastAsia="ro-RO"/>
              </w:rPr>
              <w:t>e</w:t>
            </w:r>
            <w:r w:rsidRPr="001C479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ro-RO" w:eastAsia="ro-RO"/>
              </w:rPr>
              <w:t>valuarea prin exercițiu</w:t>
            </w:r>
            <w:r w:rsidRPr="001C479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o-RO" w:eastAsia="ro-RO"/>
              </w:rPr>
              <w:t xml:space="preserve"> – scriere, citire, identificare și aplicare; </w:t>
            </w:r>
            <w:r w:rsidRPr="00201A3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ro-RO" w:eastAsia="ro-RO"/>
              </w:rPr>
              <w:t>e</w:t>
            </w:r>
            <w:r w:rsidRPr="001C479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ro-RO" w:eastAsia="ro-RO"/>
              </w:rPr>
              <w:t>valuarea formativă</w:t>
            </w:r>
            <w:r w:rsidRPr="001C479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o-RO" w:eastAsia="ro-RO"/>
              </w:rPr>
              <w:t xml:space="preserve"> prin fișe diferențiate; </w:t>
            </w:r>
            <w:r w:rsidRPr="00201A3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ro-RO" w:eastAsia="ro-RO"/>
              </w:rPr>
              <w:t>f</w:t>
            </w:r>
            <w:r w:rsidRPr="001C479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ro-RO" w:eastAsia="ro-RO"/>
              </w:rPr>
              <w:t>eedback descriptiv</w:t>
            </w:r>
            <w:r w:rsidRPr="001C479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o-RO" w:eastAsia="ro-RO"/>
              </w:rPr>
              <w:t xml:space="preserve"> oferit pe parcursul activității; </w:t>
            </w:r>
            <w:r w:rsidRPr="00201A3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ro-RO" w:eastAsia="ro-RO"/>
              </w:rPr>
              <w:t>e</w:t>
            </w:r>
            <w:r w:rsidRPr="001C479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ro-RO" w:eastAsia="ro-RO"/>
              </w:rPr>
              <w:t>valuarea produselor învățării</w:t>
            </w:r>
            <w:r w:rsidRPr="001C479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o-RO" w:eastAsia="ro-RO"/>
              </w:rPr>
              <w:t xml:space="preserve">; </w:t>
            </w:r>
            <w:r w:rsidRPr="00201A3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ro-RO" w:eastAsia="ro-RO"/>
              </w:rPr>
              <w:t>a</w:t>
            </w:r>
            <w:r w:rsidRPr="001C479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ro-RO" w:eastAsia="ro-RO"/>
              </w:rPr>
              <w:t>utoevaluarea</w:t>
            </w:r>
            <w:r w:rsidRPr="001C479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o-RO" w:eastAsia="ro-RO"/>
              </w:rPr>
              <w:t xml:space="preserve">;  </w:t>
            </w:r>
            <w:r w:rsidRPr="00201A3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ro-RO" w:eastAsia="ro-RO"/>
              </w:rPr>
              <w:t>e</w:t>
            </w:r>
            <w:r w:rsidRPr="001C479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ro-RO" w:eastAsia="ro-RO"/>
              </w:rPr>
              <w:t>valuarea reciprocă</w:t>
            </w:r>
            <w:r w:rsidRPr="001C479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o-RO" w:eastAsia="ro-RO"/>
              </w:rPr>
              <w:t xml:space="preserve">, acolo unde este potrivită; </w:t>
            </w:r>
            <w:r w:rsidRPr="00201A34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o-RO" w:eastAsia="ro-RO"/>
              </w:rPr>
              <w:t>r</w:t>
            </w:r>
            <w:r w:rsidRPr="00201A3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ro-RO" w:eastAsia="ro-RO"/>
              </w:rPr>
              <w:t>eflecția finală.</w:t>
            </w:r>
          </w:p>
        </w:tc>
      </w:tr>
      <w:tr w:rsidR="009F0423" w:rsidRPr="00201A34">
        <w:trPr>
          <w:jc w:val="center"/>
        </w:trPr>
        <w:tc>
          <w:tcPr>
            <w:tcW w:w="3168" w:type="dxa"/>
            <w:shd w:val="clear" w:color="auto" w:fill="F2F4F7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F0423" w:rsidRPr="00201A34" w:rsidRDefault="002774DE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b/>
                <w:color w:val="1F4E79"/>
                <w:sz w:val="20"/>
                <w:szCs w:val="20"/>
              </w:rPr>
              <w:t>Adaptări și diferențiere</w:t>
            </w:r>
          </w:p>
        </w:tc>
        <w:tc>
          <w:tcPr>
            <w:tcW w:w="662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F0423" w:rsidRPr="00201A34" w:rsidRDefault="002774DE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sz w:val="20"/>
                <w:szCs w:val="20"/>
              </w:rPr>
              <w:t>Sarcini gradate după autonomie: sprijin vizual și demonstrare directă pentru Clasa I; fișe cu pași clari de lucru independent pentru Clasa a II-a și a III-a; sarcini de scriere creativă și analiză nuanțată pentru Clasa a IV-a.</w:t>
            </w:r>
          </w:p>
        </w:tc>
      </w:tr>
    </w:tbl>
    <w:p w:rsidR="009F0423" w:rsidRPr="00201A34" w:rsidRDefault="009F0423">
      <w:pPr>
        <w:spacing w:after="120"/>
        <w:rPr>
          <w:rFonts w:ascii="Times New Roman" w:hAnsi="Times New Roman" w:cs="Times New Roman"/>
          <w:sz w:val="20"/>
          <w:szCs w:val="20"/>
        </w:rPr>
      </w:pPr>
    </w:p>
    <w:p w:rsidR="002774DE" w:rsidRPr="00201A34" w:rsidRDefault="002774DE">
      <w:pPr>
        <w:keepNext/>
        <w:spacing w:before="240" w:after="120"/>
        <w:rPr>
          <w:rFonts w:ascii="Times New Roman" w:hAnsi="Times New Roman" w:cs="Times New Roman"/>
          <w:b/>
          <w:color w:val="1F4E79"/>
          <w:sz w:val="20"/>
          <w:szCs w:val="20"/>
        </w:rPr>
      </w:pPr>
    </w:p>
    <w:p w:rsidR="002774DE" w:rsidRPr="00201A34" w:rsidRDefault="002774DE">
      <w:pPr>
        <w:keepNext/>
        <w:spacing w:before="240" w:after="120"/>
        <w:rPr>
          <w:rFonts w:ascii="Times New Roman" w:hAnsi="Times New Roman" w:cs="Times New Roman"/>
          <w:b/>
          <w:color w:val="1F4E79"/>
          <w:sz w:val="20"/>
          <w:szCs w:val="20"/>
        </w:rPr>
      </w:pPr>
    </w:p>
    <w:p w:rsidR="002774DE" w:rsidRPr="00201A34" w:rsidRDefault="002774DE">
      <w:pPr>
        <w:keepNext/>
        <w:spacing w:before="240" w:after="120"/>
        <w:rPr>
          <w:rFonts w:ascii="Times New Roman" w:hAnsi="Times New Roman" w:cs="Times New Roman"/>
          <w:b/>
          <w:color w:val="1F4E79"/>
          <w:sz w:val="20"/>
          <w:szCs w:val="20"/>
        </w:rPr>
      </w:pPr>
    </w:p>
    <w:p w:rsidR="002774DE" w:rsidRPr="00201A34" w:rsidRDefault="002774DE">
      <w:pPr>
        <w:keepNext/>
        <w:spacing w:before="240" w:after="120"/>
        <w:rPr>
          <w:rFonts w:ascii="Times New Roman" w:hAnsi="Times New Roman" w:cs="Times New Roman"/>
          <w:b/>
          <w:color w:val="1F4E79"/>
          <w:sz w:val="20"/>
          <w:szCs w:val="20"/>
        </w:rPr>
      </w:pPr>
    </w:p>
    <w:p w:rsidR="009F0423" w:rsidRPr="00201A34" w:rsidRDefault="002774DE">
      <w:pPr>
        <w:keepNext/>
        <w:spacing w:before="240" w:after="120"/>
        <w:rPr>
          <w:rFonts w:ascii="Times New Roman" w:hAnsi="Times New Roman" w:cs="Times New Roman"/>
          <w:sz w:val="20"/>
          <w:szCs w:val="20"/>
        </w:rPr>
      </w:pPr>
      <w:r w:rsidRPr="00201A34">
        <w:rPr>
          <w:rFonts w:ascii="Times New Roman" w:hAnsi="Times New Roman" w:cs="Times New Roman"/>
          <w:b/>
          <w:color w:val="1F4E79"/>
          <w:sz w:val="20"/>
          <w:szCs w:val="20"/>
        </w:rPr>
        <w:t>5. Scenariul didactic al lecției (Cadrul ERRE)</w:t>
      </w:r>
    </w:p>
    <w:p w:rsidR="009F0423" w:rsidRPr="00201A34" w:rsidRDefault="009F0423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D3D3D3"/>
          <w:bottom w:val="single" w:sz="4" w:space="0" w:color="D3D3D3"/>
          <w:insideH w:val="single" w:sz="4" w:space="0" w:color="D3D3D3"/>
          <w:insideV w:val="single" w:sz="4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928"/>
        <w:gridCol w:w="1585"/>
        <w:gridCol w:w="1675"/>
        <w:gridCol w:w="1418"/>
        <w:gridCol w:w="1559"/>
        <w:gridCol w:w="1559"/>
        <w:gridCol w:w="1418"/>
      </w:tblGrid>
      <w:tr w:rsidR="006E440F" w:rsidRPr="00201A34" w:rsidTr="007E6F5D">
        <w:trPr>
          <w:jc w:val="center"/>
        </w:trPr>
        <w:tc>
          <w:tcPr>
            <w:tcW w:w="928" w:type="dxa"/>
            <w:shd w:val="clear" w:color="auto" w:fill="1F4E79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9F0423" w:rsidRPr="00201A34" w:rsidRDefault="002774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Etapa ERRE / Timp</w:t>
            </w:r>
          </w:p>
        </w:tc>
        <w:tc>
          <w:tcPr>
            <w:tcW w:w="1585" w:type="dxa"/>
            <w:shd w:val="clear" w:color="auto" w:fill="1F4E79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9F0423" w:rsidRPr="00201A34" w:rsidRDefault="002774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Clasa I</w:t>
            </w:r>
          </w:p>
        </w:tc>
        <w:tc>
          <w:tcPr>
            <w:tcW w:w="1675" w:type="dxa"/>
            <w:shd w:val="clear" w:color="auto" w:fill="1F4E79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9F0423" w:rsidRPr="00201A34" w:rsidRDefault="002774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Clasa a II-a</w:t>
            </w:r>
          </w:p>
        </w:tc>
        <w:tc>
          <w:tcPr>
            <w:tcW w:w="1418" w:type="dxa"/>
            <w:shd w:val="clear" w:color="auto" w:fill="1F4E79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9F0423" w:rsidRPr="00201A34" w:rsidRDefault="002774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Clasa a III-a</w:t>
            </w:r>
          </w:p>
        </w:tc>
        <w:tc>
          <w:tcPr>
            <w:tcW w:w="1559" w:type="dxa"/>
            <w:shd w:val="clear" w:color="auto" w:fill="1F4E79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9F0423" w:rsidRPr="00201A34" w:rsidRDefault="002774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Clasa a IV-a</w:t>
            </w:r>
          </w:p>
        </w:tc>
        <w:tc>
          <w:tcPr>
            <w:tcW w:w="1559" w:type="dxa"/>
            <w:shd w:val="clear" w:color="auto" w:fill="1F4E79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9F0423" w:rsidRPr="00201A34" w:rsidRDefault="002774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Rolul cadrului didactic</w:t>
            </w:r>
          </w:p>
        </w:tc>
        <w:tc>
          <w:tcPr>
            <w:tcW w:w="1418" w:type="dxa"/>
            <w:shd w:val="clear" w:color="auto" w:fill="1F4E79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9F0423" w:rsidRPr="00201A34" w:rsidRDefault="002774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Evaluare și feedback</w:t>
            </w:r>
          </w:p>
        </w:tc>
      </w:tr>
      <w:tr w:rsidR="006E440F" w:rsidRPr="00201A34" w:rsidTr="007E6F5D">
        <w:trPr>
          <w:jc w:val="center"/>
        </w:trPr>
        <w:tc>
          <w:tcPr>
            <w:tcW w:w="928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9F0423" w:rsidRPr="00201A34" w:rsidRDefault="00EE1D6D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b/>
                <w:color w:val="1F4E79"/>
                <w:sz w:val="20"/>
                <w:szCs w:val="20"/>
              </w:rPr>
              <w:t>Evocare</w:t>
            </w:r>
            <w:r w:rsidRPr="00201A34">
              <w:rPr>
                <w:rFonts w:ascii="Times New Roman" w:hAnsi="Times New Roman" w:cs="Times New Roman"/>
                <w:b/>
                <w:color w:val="1F4E79"/>
                <w:sz w:val="20"/>
                <w:szCs w:val="20"/>
              </w:rPr>
              <w:br/>
              <w:t>(1-7</w:t>
            </w:r>
            <w:r w:rsidR="002774DE" w:rsidRPr="00201A34">
              <w:rPr>
                <w:rFonts w:ascii="Times New Roman" w:hAnsi="Times New Roman" w:cs="Times New Roman"/>
                <w:b/>
                <w:color w:val="1F4E79"/>
                <w:sz w:val="20"/>
                <w:szCs w:val="20"/>
              </w:rPr>
              <w:t xml:space="preserve"> min)</w:t>
            </w:r>
          </w:p>
        </w:tc>
        <w:tc>
          <w:tcPr>
            <w:tcW w:w="1585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B644E7" w:rsidRDefault="00B644E7" w:rsidP="00B644E7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B644E7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Învățătorul anunță tema comună: </w:t>
            </w:r>
            <w:r w:rsidRPr="00B644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o-RO"/>
              </w:rPr>
              <w:t>„Cartea – de la scriere la lectură”</w:t>
            </w:r>
            <w:r w:rsidRPr="00B644E7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 și explică faptul că fiecare clasă va contribui la descoperirea unor lucruri importante despre scris, citit și carte.</w:t>
            </w:r>
          </w:p>
          <w:p w:rsidR="00B644E7" w:rsidRDefault="00B644E7" w:rsidP="00B644E7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  <w:p w:rsidR="009F0423" w:rsidRPr="00201A34" w:rsidRDefault="001C479A" w:rsidP="00B644E7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Încălzirea mușchilor mici ai mâinii prin exerciții-joc.</w:t>
            </w:r>
            <w:r w:rsidRPr="00201A34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br/>
            </w:r>
          </w:p>
        </w:tc>
        <w:tc>
          <w:tcPr>
            <w:tcW w:w="1675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B644E7" w:rsidRDefault="00B644E7" w:rsidP="00B644E7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bookmarkStart w:id="0" w:name="_GoBack"/>
            <w:bookmarkEnd w:id="0"/>
            <w:r w:rsidRPr="00B644E7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Învățătorul anunță tema comună: </w:t>
            </w:r>
            <w:r w:rsidRPr="00B644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o-RO"/>
              </w:rPr>
              <w:t>„Cartea – de la scriere la lectură”</w:t>
            </w:r>
            <w:r w:rsidRPr="00B644E7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 și explică faptul că fiecare clasă va contribui la descoperirea unor lucruri importante despre scris, citit și carte.</w:t>
            </w:r>
          </w:p>
          <w:p w:rsidR="00B644E7" w:rsidRDefault="00B644E7" w:rsidP="00B644E7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  <w:p w:rsidR="009F0423" w:rsidRPr="00201A34" w:rsidRDefault="001C479A" w:rsidP="00B644E7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Deschid manualul la pag. 10. Privesc ilustrațiile cu Guguță.</w:t>
            </w:r>
            <w:r w:rsidRPr="00201A34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br/>
            </w:r>
          </w:p>
        </w:tc>
        <w:tc>
          <w:tcPr>
            <w:tcW w:w="1418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B644E7" w:rsidRDefault="002774DE" w:rsidP="00B644E7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proofErr w:type="gramStart"/>
            <w:r w:rsidRPr="00201A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644E7" w:rsidRPr="00B644E7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Învățătorul</w:t>
            </w:r>
            <w:proofErr w:type="gramEnd"/>
            <w:r w:rsidR="00B644E7" w:rsidRPr="00B644E7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 anunță tema comună: </w:t>
            </w:r>
            <w:r w:rsidR="00B644E7" w:rsidRPr="00B644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o-RO"/>
              </w:rPr>
              <w:t>„Cartea – de la scriere la lectură”</w:t>
            </w:r>
            <w:r w:rsidR="00B644E7" w:rsidRPr="00B644E7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 și explică faptul că fiecare clasă va contribui la descoperirea unor lucruri importante despre scris, citit și carte.</w:t>
            </w:r>
          </w:p>
          <w:p w:rsidR="00B644E7" w:rsidRDefault="00B644E7" w:rsidP="00B644E7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  <w:p w:rsidR="009F0423" w:rsidRPr="00201A34" w:rsidRDefault="001C479A" w:rsidP="00B644E7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Identifică elementele exterioare ale manualului propriu.</w:t>
            </w:r>
            <w:r w:rsidRPr="00201A34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br/>
            </w:r>
          </w:p>
        </w:tc>
        <w:tc>
          <w:tcPr>
            <w:tcW w:w="1559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B644E7" w:rsidRDefault="00B644E7" w:rsidP="00B644E7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B644E7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Învățătorul anunță tema comună: </w:t>
            </w:r>
            <w:r w:rsidRPr="00B644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o-RO"/>
              </w:rPr>
              <w:t>„Cartea – de la scriere la lectură”</w:t>
            </w:r>
            <w:r w:rsidRPr="00B644E7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 și explică faptul că fiecare clasă va contribui la descoperirea unor lucruri importante despre scris, citit și carte.</w:t>
            </w:r>
          </w:p>
          <w:p w:rsidR="00B644E7" w:rsidRDefault="00B644E7" w:rsidP="00B644E7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  <w:p w:rsidR="009F0423" w:rsidRPr="00201A34" w:rsidRDefault="001C479A" w:rsidP="00B644E7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Caută în manualul de clasa a IV-a cuprinsul și observă structura lui.</w:t>
            </w:r>
            <w:r w:rsidRPr="00201A3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o-RO"/>
              </w:rPr>
              <w:t>.</w:t>
            </w:r>
          </w:p>
        </w:tc>
        <w:tc>
          <w:tcPr>
            <w:tcW w:w="1559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B644E7" w:rsidRDefault="00EE1D6D" w:rsidP="00B644E7">
            <w:pPr>
              <w:spacing w:after="4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o-RO"/>
              </w:rPr>
            </w:pPr>
            <w:r w:rsidRPr="00201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o-RO"/>
              </w:rPr>
              <w:t>Activitate directă comună:</w:t>
            </w:r>
            <w:r w:rsidR="00B644E7" w:rsidRPr="00B644E7">
              <w:t xml:space="preserve"> </w:t>
            </w:r>
            <w:r w:rsidR="00B644E7" w:rsidRPr="00B644E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o-RO"/>
              </w:rPr>
              <w:t>Învățătorul prezintă elevilor o carte-model și adresează întrebări diferențiate:</w:t>
            </w:r>
          </w:p>
          <w:p w:rsidR="00B644E7" w:rsidRPr="00B644E7" w:rsidRDefault="00B644E7" w:rsidP="00B644E7">
            <w:pPr>
              <w:spacing w:after="4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</w:pPr>
            <w:r w:rsidRPr="00B644E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  <w:t xml:space="preserve">  „Ce obiect am în mână?” </w:t>
            </w:r>
          </w:p>
          <w:p w:rsidR="00B644E7" w:rsidRPr="00B644E7" w:rsidRDefault="00B644E7" w:rsidP="00B644E7">
            <w:pPr>
              <w:spacing w:after="4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</w:pPr>
            <w:r w:rsidRPr="00B644E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  <w:t xml:space="preserve">„Ce observăm pe coperta cărții?”  „Unde putem găsi titlul?” </w:t>
            </w:r>
          </w:p>
          <w:p w:rsidR="00B644E7" w:rsidRDefault="00B644E7" w:rsidP="00B644E7">
            <w:pPr>
              <w:spacing w:after="4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  <w:t xml:space="preserve">„Cine </w:t>
            </w:r>
            <w:r w:rsidRPr="00B644E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  <w:t xml:space="preserve">este autorul?” </w:t>
            </w:r>
          </w:p>
          <w:p w:rsidR="00B644E7" w:rsidRPr="00B644E7" w:rsidRDefault="00B644E7" w:rsidP="00B644E7">
            <w:pPr>
              <w:spacing w:after="4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</w:pPr>
            <w:r w:rsidRPr="00B644E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  <w:t xml:space="preserve"> „La ce ne ajută imaginile?” </w:t>
            </w:r>
          </w:p>
          <w:p w:rsidR="00B644E7" w:rsidRPr="00B644E7" w:rsidRDefault="00B644E7" w:rsidP="00B644E7">
            <w:pPr>
              <w:spacing w:after="4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o-RO"/>
              </w:rPr>
            </w:pPr>
            <w:r w:rsidRPr="00B644E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  <w:t>„Cum trebuie să avem grijă de cărți?”</w:t>
            </w:r>
          </w:p>
          <w:p w:rsidR="009F0423" w:rsidRPr="00201A34" w:rsidRDefault="00EE1D6D" w:rsidP="00B644E7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 </w:t>
            </w:r>
          </w:p>
        </w:tc>
        <w:tc>
          <w:tcPr>
            <w:tcW w:w="1418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9F0423" w:rsidRPr="00201A34" w:rsidRDefault="005E1E48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EI</w:t>
            </w:r>
          </w:p>
        </w:tc>
      </w:tr>
      <w:tr w:rsidR="006E440F" w:rsidRPr="00201A34" w:rsidTr="007E6F5D">
        <w:trPr>
          <w:jc w:val="center"/>
        </w:trPr>
        <w:tc>
          <w:tcPr>
            <w:tcW w:w="928" w:type="dxa"/>
            <w:shd w:val="clear" w:color="auto" w:fill="F9FAFC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9F0423" w:rsidRPr="00201A34" w:rsidRDefault="002774DE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b/>
                <w:color w:val="1F4E79"/>
                <w:sz w:val="20"/>
                <w:szCs w:val="20"/>
              </w:rPr>
              <w:t>Re</w:t>
            </w:r>
            <w:r w:rsidR="00EE1D6D" w:rsidRPr="00201A34">
              <w:rPr>
                <w:rFonts w:ascii="Times New Roman" w:hAnsi="Times New Roman" w:cs="Times New Roman"/>
                <w:b/>
                <w:color w:val="1F4E79"/>
                <w:sz w:val="20"/>
                <w:szCs w:val="20"/>
              </w:rPr>
              <w:t>alizarea sensului</w:t>
            </w:r>
            <w:r w:rsidR="00EE1D6D" w:rsidRPr="00201A34">
              <w:rPr>
                <w:rFonts w:ascii="Times New Roman" w:hAnsi="Times New Roman" w:cs="Times New Roman"/>
                <w:b/>
                <w:color w:val="1F4E79"/>
                <w:sz w:val="20"/>
                <w:szCs w:val="20"/>
              </w:rPr>
              <w:br/>
              <w:t>Rotația 1</w:t>
            </w:r>
            <w:r w:rsidR="00EE1D6D" w:rsidRPr="00201A34">
              <w:rPr>
                <w:rFonts w:ascii="Times New Roman" w:hAnsi="Times New Roman" w:cs="Times New Roman"/>
                <w:b/>
                <w:color w:val="1F4E79"/>
                <w:sz w:val="20"/>
                <w:szCs w:val="20"/>
              </w:rPr>
              <w:br/>
              <w:t>(8-15</w:t>
            </w:r>
            <w:r w:rsidRPr="00201A34">
              <w:rPr>
                <w:rFonts w:ascii="Times New Roman" w:hAnsi="Times New Roman" w:cs="Times New Roman"/>
                <w:b/>
                <w:color w:val="1F4E79"/>
                <w:sz w:val="20"/>
                <w:szCs w:val="20"/>
              </w:rPr>
              <w:t xml:space="preserve"> min)</w:t>
            </w:r>
          </w:p>
        </w:tc>
        <w:tc>
          <w:tcPr>
            <w:tcW w:w="1585" w:type="dxa"/>
            <w:shd w:val="clear" w:color="auto" w:fill="F9FAFC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B321EB" w:rsidRPr="00B321EB" w:rsidRDefault="00EE1D6D" w:rsidP="00B321EB">
            <w:pPr>
              <w:spacing w:after="4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201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o-RO"/>
              </w:rPr>
              <w:t>Activitate directă:</w:t>
            </w:r>
            <w:r w:rsidRPr="00201A34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 Învățătorul demonstrează la tablă scrierea linioare</w:t>
            </w:r>
            <w:r w:rsidR="00B321EB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i oblice pe două spații. </w:t>
            </w:r>
            <w:r w:rsidRPr="00201A34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br/>
            </w:r>
            <w:r w:rsidR="00B321EB" w:rsidRPr="00B321EB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</w:t>
            </w:r>
            <w:r w:rsidR="00B321EB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-</w:t>
            </w:r>
            <w:r w:rsidR="00B321EB" w:rsidRPr="00B321EB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„De unde începem linioara?” </w:t>
            </w:r>
          </w:p>
          <w:p w:rsidR="00B321EB" w:rsidRPr="00B321EB" w:rsidRDefault="00B321EB" w:rsidP="00B321EB">
            <w:pPr>
              <w:spacing w:after="4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-</w:t>
            </w:r>
            <w:r w:rsidRPr="00B321EB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„În ce direcție o trasăm?” </w:t>
            </w:r>
          </w:p>
          <w:p w:rsidR="00B321EB" w:rsidRPr="00B321EB" w:rsidRDefault="00B321EB" w:rsidP="00B321EB">
            <w:pPr>
              <w:spacing w:after="4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lastRenderedPageBreak/>
              <w:t>-</w:t>
            </w:r>
            <w:r w:rsidRPr="00B321EB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„Câte spații ocupă?” </w:t>
            </w:r>
          </w:p>
          <w:p w:rsidR="009F0423" w:rsidRDefault="00B321EB" w:rsidP="00B321EB">
            <w:pPr>
              <w:spacing w:after="4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-</w:t>
            </w:r>
            <w:r w:rsidRPr="00B321EB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„Cum ținem creionul?”</w:t>
            </w:r>
            <w:r w:rsidRPr="00201A34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 </w:t>
            </w:r>
            <w:r w:rsidRPr="00201A34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Elevii exersează în aer, apoi pe bancă.</w:t>
            </w:r>
          </w:p>
          <w:p w:rsidR="00B321EB" w:rsidRPr="00201A34" w:rsidRDefault="00B321EB" w:rsidP="00B321EB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5" w:type="dxa"/>
            <w:shd w:val="clear" w:color="auto" w:fill="F9FAFC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B321EB" w:rsidRDefault="00EE1D6D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201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o-RO"/>
              </w:rPr>
              <w:lastRenderedPageBreak/>
              <w:t>Activitate independentă:</w:t>
            </w:r>
            <w:r w:rsidRPr="00201A34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 </w:t>
            </w:r>
            <w:r w:rsidR="00B321EB" w:rsidRPr="00B321EB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Sarcină: </w:t>
            </w:r>
            <w:r w:rsidR="00B321EB" w:rsidRPr="00B321E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o-RO"/>
              </w:rPr>
              <w:t>„Citește fragmentul fără să silabisești. Marchează cu creionul un loc în care trebuie să faci o pauză și unul în care trebuie să schimbi intonația.”</w:t>
            </w:r>
          </w:p>
          <w:p w:rsidR="00B321EB" w:rsidRDefault="00B321EB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  <w:p w:rsidR="009F0423" w:rsidRPr="00201A34" w:rsidRDefault="00792135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lastRenderedPageBreak/>
              <w:t>Elevii c</w:t>
            </w:r>
            <w:r w:rsidR="00EE1D6D" w:rsidRPr="00201A34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itesc în șoaptă textul </w:t>
            </w:r>
            <w:r w:rsidR="00EE1D6D" w:rsidRPr="00201A3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o-RO"/>
              </w:rPr>
              <w:t>Școala lui Guguță</w:t>
            </w:r>
            <w:r w:rsidR="00EE1D6D" w:rsidRPr="00201A34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, </w:t>
            </w:r>
            <w:r w:rsidR="00B321EB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pag.10 </w:t>
            </w:r>
            <w:r w:rsidR="00EE1D6D" w:rsidRPr="00201A34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străduindu-se să nu silabisească.</w:t>
            </w:r>
            <w:r w:rsidR="00EE1D6D" w:rsidRPr="00201A34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br/>
            </w:r>
            <w:r w:rsidR="00EE1D6D" w:rsidRPr="00201A3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o-RO"/>
              </w:rPr>
              <w:t>Produs: lectură individuală</w:t>
            </w:r>
          </w:p>
        </w:tc>
        <w:tc>
          <w:tcPr>
            <w:tcW w:w="1418" w:type="dxa"/>
            <w:shd w:val="clear" w:color="auto" w:fill="F9FAFC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792135" w:rsidRPr="00792135" w:rsidRDefault="00EE1D6D" w:rsidP="00792135">
            <w:pPr>
              <w:spacing w:after="4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</w:pPr>
            <w:r w:rsidRPr="00201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o-RO"/>
              </w:rPr>
              <w:lastRenderedPageBreak/>
              <w:t>Activitate independentă:</w:t>
            </w:r>
            <w:r w:rsidR="00792135" w:rsidRPr="0079213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  <w:t xml:space="preserve"> </w:t>
            </w:r>
            <w:r w:rsidR="00792135" w:rsidRPr="0079213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  <w:t>Elevii primesc Fișa 1 – „Descoperim cartea”.</w:t>
            </w:r>
          </w:p>
          <w:p w:rsidR="00792135" w:rsidRPr="00792135" w:rsidRDefault="00792135">
            <w:pPr>
              <w:spacing w:after="4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</w:pPr>
            <w:r w:rsidRPr="0079213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  <w:t>Sarcină: completează:</w:t>
            </w:r>
          </w:p>
          <w:p w:rsidR="009F0423" w:rsidRPr="00201A34" w:rsidRDefault="00792135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 Elevii </w:t>
            </w:r>
            <w:r w:rsidR="00EE1D6D" w:rsidRPr="00201A34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încep rezolvarea probei de </w:t>
            </w:r>
            <w:r w:rsidR="00EE1D6D" w:rsidRPr="00201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o-RO"/>
              </w:rPr>
              <w:t xml:space="preserve">evaluare </w:t>
            </w:r>
            <w:r w:rsidR="00EE1D6D" w:rsidRPr="00201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o-RO"/>
              </w:rPr>
              <w:lastRenderedPageBreak/>
              <w:t>formativă</w:t>
            </w:r>
            <w:r w:rsidR="00EE1D6D" w:rsidRPr="00201A34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 (recunoașterea componentelor cărții).</w:t>
            </w:r>
            <w:r w:rsidR="00EE1D6D" w:rsidRPr="00201A34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br/>
            </w:r>
            <w:r w:rsidR="00EE1D6D" w:rsidRPr="00201A3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o-RO"/>
              </w:rPr>
              <w:t>Produs: itemi rezolvați.</w:t>
            </w:r>
          </w:p>
        </w:tc>
        <w:tc>
          <w:tcPr>
            <w:tcW w:w="1559" w:type="dxa"/>
            <w:shd w:val="clear" w:color="auto" w:fill="F9FAFC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9F0423" w:rsidRPr="00201A34" w:rsidRDefault="00EE1D6D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o-RO"/>
              </w:rPr>
              <w:lastRenderedPageBreak/>
              <w:t>Activitate independentă:</w:t>
            </w:r>
            <w:r w:rsidRPr="00201A34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 Analizează textele-suport semnate de scriitorii menționați. Identifică titlurile și tematica patriotică.</w:t>
            </w:r>
            <w:r w:rsidRPr="00201A34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br/>
            </w:r>
            <w:r w:rsidRPr="00201A3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o-RO"/>
              </w:rPr>
              <w:t>Produs: listă de autori/teme</w:t>
            </w:r>
          </w:p>
        </w:tc>
        <w:tc>
          <w:tcPr>
            <w:tcW w:w="1559" w:type="dxa"/>
            <w:shd w:val="clear" w:color="auto" w:fill="F9FAFC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9F0423" w:rsidRPr="00201A34" w:rsidRDefault="00EE1D6D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o-RO"/>
              </w:rPr>
              <w:t>Focus pe Clasa I:</w:t>
            </w:r>
            <w:r w:rsidRPr="00201A34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 Învățătorul ghidează îndeaproape elementele de grafică timpurie, poziția spatelui și a caietului. Celelalte clase execută sarcini de lectură și scriere independentă.</w:t>
            </w:r>
          </w:p>
        </w:tc>
        <w:tc>
          <w:tcPr>
            <w:tcW w:w="1418" w:type="dxa"/>
            <w:shd w:val="clear" w:color="auto" w:fill="F9FAFC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9F0423" w:rsidRPr="00201A34" w:rsidRDefault="005E1E48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EFP</w:t>
            </w:r>
          </w:p>
        </w:tc>
      </w:tr>
      <w:tr w:rsidR="006E440F" w:rsidRPr="00201A34" w:rsidTr="007E6F5D">
        <w:trPr>
          <w:jc w:val="center"/>
        </w:trPr>
        <w:tc>
          <w:tcPr>
            <w:tcW w:w="928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EE1D6D" w:rsidRPr="00201A34" w:rsidRDefault="00EE1D6D" w:rsidP="00EE1D6D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b/>
                <w:color w:val="1F4E79"/>
                <w:sz w:val="20"/>
                <w:szCs w:val="20"/>
              </w:rPr>
              <w:lastRenderedPageBreak/>
              <w:t>Realizarea sensului</w:t>
            </w:r>
            <w:r w:rsidRPr="00201A34">
              <w:rPr>
                <w:rFonts w:ascii="Times New Roman" w:hAnsi="Times New Roman" w:cs="Times New Roman"/>
                <w:b/>
                <w:color w:val="1F4E79"/>
                <w:sz w:val="20"/>
                <w:szCs w:val="20"/>
              </w:rPr>
              <w:br/>
              <w:t>Rotația 2</w:t>
            </w:r>
            <w:r w:rsidRPr="00201A34">
              <w:rPr>
                <w:rFonts w:ascii="Times New Roman" w:hAnsi="Times New Roman" w:cs="Times New Roman"/>
                <w:b/>
                <w:color w:val="1F4E79"/>
                <w:sz w:val="20"/>
                <w:szCs w:val="20"/>
              </w:rPr>
              <w:br/>
              <w:t>(16-25 min)</w:t>
            </w:r>
          </w:p>
        </w:tc>
        <w:tc>
          <w:tcPr>
            <w:tcW w:w="1585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792135" w:rsidRPr="00792135" w:rsidRDefault="00EE1D6D" w:rsidP="00792135">
            <w:pPr>
              <w:spacing w:after="4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</w:pPr>
            <w:r w:rsidRPr="0079213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o-RO"/>
              </w:rPr>
              <w:t>Activitate independentă:</w:t>
            </w:r>
            <w:r w:rsidR="00792135" w:rsidRPr="0079213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  <w:t xml:space="preserve"> </w:t>
            </w:r>
            <w:r w:rsidR="00792135" w:rsidRPr="0079213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  <w:t>Elevii continuă exercițiul grafic.</w:t>
            </w:r>
          </w:p>
          <w:p w:rsidR="00792135" w:rsidRPr="00792135" w:rsidRDefault="00792135" w:rsidP="00792135">
            <w:pPr>
              <w:spacing w:after="4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</w:pPr>
            <w:r w:rsidRPr="0079213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  <w:t>Sarcină: „Trasează un rând de linioare oblice, păstrând aceeași înclinație și aceeași distanță între ele.”</w:t>
            </w:r>
          </w:p>
          <w:p w:rsidR="00792135" w:rsidRPr="00792135" w:rsidRDefault="00792135" w:rsidP="00792135">
            <w:pPr>
              <w:spacing w:after="4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</w:pPr>
            <w:r w:rsidRPr="0079213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  <w:t>Învățătorul verifică individual câteva exemple și oferă feedback:</w:t>
            </w:r>
          </w:p>
          <w:p w:rsidR="00792135" w:rsidRPr="00792135" w:rsidRDefault="00792135" w:rsidP="00792135">
            <w:pPr>
              <w:spacing w:after="4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</w:pPr>
            <w:r w:rsidRPr="0079213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  <w:t>„Linioara este bine înclinată.”</w:t>
            </w:r>
            <w:r w:rsidRPr="0079213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  <w:br/>
              <w:t>„Încearcă să păstrezi aceeași distanță.”</w:t>
            </w:r>
            <w:r w:rsidRPr="0079213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  <w:br/>
              <w:t>„Ține creionul mai ușor.”</w:t>
            </w:r>
          </w:p>
          <w:p w:rsidR="00792135" w:rsidRPr="00792135" w:rsidRDefault="00792135" w:rsidP="00792135">
            <w:pPr>
              <w:spacing w:after="4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o-RO"/>
              </w:rPr>
            </w:pPr>
          </w:p>
          <w:p w:rsidR="00EE1D6D" w:rsidRPr="00792135" w:rsidRDefault="00EE1D6D" w:rsidP="00792135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792135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 </w:t>
            </w:r>
          </w:p>
        </w:tc>
        <w:tc>
          <w:tcPr>
            <w:tcW w:w="1675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792135" w:rsidRDefault="00EE1D6D" w:rsidP="0079213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201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o-RO"/>
              </w:rPr>
              <w:t>Activitate directă:</w:t>
            </w:r>
            <w:r w:rsidRPr="00201A34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 </w:t>
            </w:r>
          </w:p>
          <w:p w:rsidR="00792135" w:rsidRPr="00792135" w:rsidRDefault="00792135" w:rsidP="0079213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792135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Elevii citesc pe rând câte un fragment scurt.</w:t>
            </w:r>
          </w:p>
          <w:p w:rsidR="00792135" w:rsidRPr="00792135" w:rsidRDefault="00792135" w:rsidP="0079213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792135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Învățătorul urmărește:</w:t>
            </w:r>
          </w:p>
          <w:p w:rsidR="00792135" w:rsidRPr="00792135" w:rsidRDefault="00792135" w:rsidP="0079213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792135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corectitudinea; </w:t>
            </w:r>
          </w:p>
          <w:p w:rsidR="00792135" w:rsidRPr="00792135" w:rsidRDefault="00792135" w:rsidP="0079213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792135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fluența; </w:t>
            </w:r>
          </w:p>
          <w:p w:rsidR="00792135" w:rsidRPr="00792135" w:rsidRDefault="00792135" w:rsidP="0079213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792135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ritmul; </w:t>
            </w:r>
          </w:p>
          <w:p w:rsidR="00792135" w:rsidRPr="00792135" w:rsidRDefault="00792135" w:rsidP="0079213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792135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pauzele; </w:t>
            </w:r>
          </w:p>
          <w:p w:rsidR="00792135" w:rsidRPr="00792135" w:rsidRDefault="00792135" w:rsidP="0079213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792135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intonația. </w:t>
            </w:r>
          </w:p>
          <w:p w:rsidR="00792135" w:rsidRPr="00792135" w:rsidRDefault="00792135" w:rsidP="0079213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792135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Întrebări după lectură:</w:t>
            </w:r>
          </w:p>
          <w:p w:rsidR="00792135" w:rsidRPr="00792135" w:rsidRDefault="00792135" w:rsidP="0079213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792135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„Cine este personajul principal?” </w:t>
            </w:r>
          </w:p>
          <w:p w:rsidR="00792135" w:rsidRPr="00792135" w:rsidRDefault="00792135" w:rsidP="0079213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792135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„Unde se desfășoară acțiunea?” </w:t>
            </w:r>
          </w:p>
          <w:p w:rsidR="00792135" w:rsidRDefault="00792135" w:rsidP="00792135">
            <w:r w:rsidRPr="00792135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„Ce ai aflat despre școala lui Guguță?”</w:t>
            </w:r>
            <w:r w:rsidRPr="00792135">
              <w:t xml:space="preserve"> </w:t>
            </w:r>
          </w:p>
          <w:p w:rsidR="00792135" w:rsidRPr="00792135" w:rsidRDefault="00792135" w:rsidP="0079213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792135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elevii oferă informații desprinse direct din text.</w:t>
            </w:r>
          </w:p>
          <w:p w:rsidR="00EE1D6D" w:rsidRPr="00201A34" w:rsidRDefault="00EE1D6D" w:rsidP="0079213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201A34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br/>
            </w:r>
            <w:r w:rsidRPr="00201A3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o-RO"/>
              </w:rPr>
              <w:t>Produs: citire cu voce tare.</w:t>
            </w:r>
          </w:p>
        </w:tc>
        <w:tc>
          <w:tcPr>
            <w:tcW w:w="1418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792135" w:rsidRDefault="00EE1D6D" w:rsidP="0079213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201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o-RO"/>
              </w:rPr>
              <w:t>Activitate independentă:</w:t>
            </w:r>
            <w:r w:rsidRPr="00201A34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 </w:t>
            </w:r>
          </w:p>
          <w:p w:rsidR="00792135" w:rsidRPr="00792135" w:rsidRDefault="00792135" w:rsidP="0079213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792135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Elevii continuă fișa.</w:t>
            </w:r>
          </w:p>
          <w:p w:rsidR="00792135" w:rsidRPr="00792135" w:rsidRDefault="00792135" w:rsidP="0079213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7921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Sarcină:</w:t>
            </w:r>
            <w:r w:rsidRPr="00792135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„Unește fiecare componentă a cărții cu rolul său.”</w:t>
            </w:r>
          </w:p>
          <w:p w:rsidR="00792135" w:rsidRPr="00792135" w:rsidRDefault="00792135" w:rsidP="0079213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792135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Exemplu:</w:t>
            </w:r>
          </w:p>
          <w:p w:rsidR="00792135" w:rsidRPr="00792135" w:rsidRDefault="00792135" w:rsidP="0079213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7921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Coperta →</w:t>
            </w:r>
            <w:r w:rsidRPr="00792135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prezintă informații despre carte.</w:t>
            </w:r>
            <w:r w:rsidRPr="00792135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br/>
            </w:r>
            <w:r w:rsidRPr="007921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Titlul →</w:t>
            </w:r>
            <w:r w:rsidRPr="00792135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indică numele cărții.</w:t>
            </w:r>
            <w:r w:rsidRPr="00792135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br/>
            </w:r>
            <w:r w:rsidRPr="007921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Autorul →</w:t>
            </w:r>
            <w:r w:rsidRPr="00792135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indică persoana care a scris cartea.</w:t>
            </w:r>
            <w:r w:rsidRPr="00792135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br/>
            </w:r>
            <w:r w:rsidRPr="007921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Imaginile →</w:t>
            </w:r>
            <w:r w:rsidRPr="00792135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ajută la înțelegerea și anticiparea conținutului.</w:t>
            </w:r>
          </w:p>
          <w:p w:rsidR="00792135" w:rsidRPr="00792135" w:rsidRDefault="00792135" w:rsidP="0079213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  <w:p w:rsidR="00EE1D6D" w:rsidRPr="00201A34" w:rsidRDefault="00EE1D6D" w:rsidP="0079213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201A34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br/>
            </w:r>
            <w:r w:rsidRPr="00201A3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o-RO"/>
              </w:rPr>
              <w:t>Produs: fișă completată.</w:t>
            </w:r>
          </w:p>
        </w:tc>
        <w:tc>
          <w:tcPr>
            <w:tcW w:w="1559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153390" w:rsidRPr="00153390" w:rsidRDefault="00EE1D6D" w:rsidP="00153390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201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o-RO"/>
              </w:rPr>
              <w:t>Activitate directă (scurt):</w:t>
            </w:r>
            <w:r w:rsidRPr="00201A34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 </w:t>
            </w:r>
            <w:r w:rsidR="00153390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Învățătorul </w:t>
            </w:r>
            <w:r w:rsidR="00153390" w:rsidRPr="00153390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lucrează direct cu elevii.</w:t>
            </w:r>
          </w:p>
          <w:p w:rsidR="00153390" w:rsidRPr="00153390" w:rsidRDefault="00153390" w:rsidP="00153390">
            <w:pPr>
              <w:spacing w:after="4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153390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Întrebări:</w:t>
            </w:r>
          </w:p>
          <w:p w:rsidR="00153390" w:rsidRPr="00153390" w:rsidRDefault="00153390" w:rsidP="00153390">
            <w:pPr>
              <w:spacing w:after="4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153390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„Ce informație putem afla din cuprins?” </w:t>
            </w:r>
          </w:p>
          <w:p w:rsidR="00153390" w:rsidRPr="00153390" w:rsidRDefault="00153390" w:rsidP="00153390">
            <w:pPr>
              <w:spacing w:after="4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153390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„Cum găsim rapid un text într-o carte?” </w:t>
            </w:r>
          </w:p>
          <w:p w:rsidR="00153390" w:rsidRPr="00153390" w:rsidRDefault="00153390" w:rsidP="00153390">
            <w:pPr>
              <w:spacing w:after="4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153390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„De ce este util cuprinsul?” </w:t>
            </w:r>
          </w:p>
          <w:p w:rsidR="00153390" w:rsidRPr="00153390" w:rsidRDefault="00153390" w:rsidP="00153390">
            <w:pPr>
              <w:spacing w:after="4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153390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Elevii formulează răspunsuri și demonstrează practic folosirea cuprinsului.</w:t>
            </w:r>
          </w:p>
          <w:p w:rsidR="00792135" w:rsidRPr="00153390" w:rsidRDefault="00792135" w:rsidP="00792135">
            <w:pPr>
              <w:spacing w:after="4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EE1D6D" w:rsidRPr="00201A34" w:rsidRDefault="00EE1D6D" w:rsidP="00EE1D6D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o-RO"/>
              </w:rPr>
              <w:t>Focus pe Clasa a II-a și a IV-a:</w:t>
            </w:r>
            <w:r w:rsidRPr="00201A34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 Învățătorul ascultă citirea clasei a II-a, oferă feedback pe ritm, apoi validează observațiile clasei a IV-a despre poeții naționali.</w:t>
            </w:r>
          </w:p>
        </w:tc>
        <w:tc>
          <w:tcPr>
            <w:tcW w:w="1418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EE1D6D" w:rsidRPr="00201A34" w:rsidRDefault="005E1E48" w:rsidP="00EE1D6D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EFP</w:t>
            </w:r>
          </w:p>
        </w:tc>
      </w:tr>
      <w:tr w:rsidR="006E440F" w:rsidRPr="00201A34" w:rsidTr="007E6F5D">
        <w:trPr>
          <w:jc w:val="center"/>
        </w:trPr>
        <w:tc>
          <w:tcPr>
            <w:tcW w:w="928" w:type="dxa"/>
            <w:shd w:val="clear" w:color="auto" w:fill="F9FAFC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EE1D6D" w:rsidRPr="00201A34" w:rsidRDefault="00EE1D6D" w:rsidP="00EE1D6D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b/>
                <w:color w:val="1F4E79"/>
                <w:sz w:val="20"/>
                <w:szCs w:val="20"/>
              </w:rPr>
              <w:t>Realizarea sensului</w:t>
            </w:r>
            <w:r w:rsidRPr="00201A34">
              <w:rPr>
                <w:rFonts w:ascii="Times New Roman" w:hAnsi="Times New Roman" w:cs="Times New Roman"/>
                <w:b/>
                <w:color w:val="1F4E79"/>
                <w:sz w:val="20"/>
                <w:szCs w:val="20"/>
              </w:rPr>
              <w:br/>
              <w:t>Rotația 3</w:t>
            </w:r>
            <w:r w:rsidRPr="00201A34">
              <w:rPr>
                <w:rFonts w:ascii="Times New Roman" w:hAnsi="Times New Roman" w:cs="Times New Roman"/>
                <w:b/>
                <w:color w:val="1F4E79"/>
                <w:sz w:val="20"/>
                <w:szCs w:val="20"/>
              </w:rPr>
              <w:br/>
              <w:t>(26-35 min)</w:t>
            </w:r>
          </w:p>
        </w:tc>
        <w:tc>
          <w:tcPr>
            <w:tcW w:w="1585" w:type="dxa"/>
            <w:shd w:val="clear" w:color="auto" w:fill="F9FAFC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EE1D6D" w:rsidRDefault="00EE1D6D" w:rsidP="00153390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201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o-RO"/>
              </w:rPr>
              <w:t>Activitate independentă:</w:t>
            </w:r>
            <w:r w:rsidRPr="00201A34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 </w:t>
            </w:r>
          </w:p>
          <w:p w:rsidR="00153390" w:rsidRPr="00153390" w:rsidRDefault="00153390" w:rsidP="00153390">
            <w:pPr>
              <w:spacing w:after="4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153390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Elevii finalizează exercițiul grafic.</w:t>
            </w:r>
          </w:p>
          <w:p w:rsidR="00153390" w:rsidRPr="00153390" w:rsidRDefault="00153390" w:rsidP="00153390">
            <w:pPr>
              <w:spacing w:after="4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15339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Sarcină de verificare:</w:t>
            </w:r>
            <w:r w:rsidRPr="00153390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încercuiește </w:t>
            </w:r>
            <w:r w:rsidRPr="00153390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lastRenderedPageBreak/>
              <w:t>linioara care seamănă cel mai mult cu modelul învățătorului.</w:t>
            </w:r>
          </w:p>
          <w:p w:rsidR="00153390" w:rsidRPr="00153390" w:rsidRDefault="00153390" w:rsidP="00153390">
            <w:pPr>
              <w:spacing w:after="4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153390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Elevii compară propriul exercițiu cu modelul.</w:t>
            </w:r>
          </w:p>
          <w:p w:rsidR="00153390" w:rsidRPr="00153390" w:rsidRDefault="00153390" w:rsidP="00153390">
            <w:pPr>
              <w:spacing w:after="4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1675" w:type="dxa"/>
            <w:shd w:val="clear" w:color="auto" w:fill="F9FAFC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EE1D6D" w:rsidRDefault="00EE1D6D" w:rsidP="00153390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201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o-RO"/>
              </w:rPr>
              <w:lastRenderedPageBreak/>
              <w:t>Activitate independentă:</w:t>
            </w:r>
            <w:r w:rsidRPr="00201A34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 </w:t>
            </w:r>
          </w:p>
          <w:p w:rsidR="00153390" w:rsidRPr="00153390" w:rsidRDefault="00153390" w:rsidP="00153390">
            <w:pPr>
              <w:spacing w:after="4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153390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Elevii rezolvă </w:t>
            </w:r>
            <w:r w:rsidRPr="0015339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3–4 itemi</w:t>
            </w:r>
            <w:r w:rsidRPr="00153390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pe baza textului.</w:t>
            </w:r>
          </w:p>
          <w:p w:rsidR="00153390" w:rsidRPr="00153390" w:rsidRDefault="00153390" w:rsidP="00153390">
            <w:pPr>
              <w:spacing w:after="4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153390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Exemplu:</w:t>
            </w:r>
          </w:p>
          <w:p w:rsidR="00153390" w:rsidRPr="00153390" w:rsidRDefault="00153390" w:rsidP="00153390">
            <w:pPr>
              <w:spacing w:after="4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153390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lastRenderedPageBreak/>
              <w:t xml:space="preserve">Cine este personajul principal? </w:t>
            </w:r>
          </w:p>
          <w:p w:rsidR="00153390" w:rsidRPr="00153390" w:rsidRDefault="00153390" w:rsidP="00153390">
            <w:pPr>
              <w:spacing w:after="4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153390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Ce se întâmplă în fragment? </w:t>
            </w:r>
          </w:p>
          <w:p w:rsidR="00153390" w:rsidRPr="00153390" w:rsidRDefault="00153390" w:rsidP="00153390">
            <w:pPr>
              <w:spacing w:after="4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153390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Cum este prezentată școala? </w:t>
            </w:r>
          </w:p>
          <w:p w:rsidR="00153390" w:rsidRPr="00153390" w:rsidRDefault="00153390" w:rsidP="00153390">
            <w:pPr>
              <w:spacing w:after="4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153390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Ce ți-a plăcut în text? </w:t>
            </w:r>
          </w:p>
          <w:p w:rsidR="00153390" w:rsidRPr="00153390" w:rsidRDefault="00153390" w:rsidP="00153390">
            <w:pPr>
              <w:spacing w:after="4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153390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Elevii formulează răspunsuri complete.</w:t>
            </w:r>
          </w:p>
          <w:p w:rsidR="00153390" w:rsidRPr="00201A34" w:rsidRDefault="00153390" w:rsidP="00153390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9FAFC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153390" w:rsidRDefault="00EE1D6D" w:rsidP="00153390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201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o-RO"/>
              </w:rPr>
              <w:lastRenderedPageBreak/>
              <w:t>Activitate directă:</w:t>
            </w:r>
            <w:r w:rsidR="00153390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 </w:t>
            </w:r>
          </w:p>
          <w:p w:rsidR="00153390" w:rsidRPr="00153390" w:rsidRDefault="00153390" w:rsidP="00153390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153390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Învățătorul verifică rapid fișa formativă.</w:t>
            </w:r>
          </w:p>
          <w:p w:rsidR="00153390" w:rsidRPr="00153390" w:rsidRDefault="00153390" w:rsidP="00153390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153390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Sarcină suplimentară </w:t>
            </w:r>
            <w:r w:rsidRPr="00153390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lastRenderedPageBreak/>
              <w:t>pentru elevii care finalizează mai repede:</w:t>
            </w:r>
          </w:p>
          <w:p w:rsidR="00153390" w:rsidRPr="00153390" w:rsidRDefault="00153390" w:rsidP="00153390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1533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„Explică în două enunțuri de ce imaginile sunt importante într-o carte.”</w:t>
            </w:r>
          </w:p>
          <w:p w:rsidR="00EE1D6D" w:rsidRPr="00201A34" w:rsidRDefault="00EE1D6D" w:rsidP="00153390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br/>
            </w:r>
            <w:r w:rsidRPr="00201A3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o-RO"/>
              </w:rPr>
              <w:t>Produs: fișe corectate.</w:t>
            </w:r>
          </w:p>
        </w:tc>
        <w:tc>
          <w:tcPr>
            <w:tcW w:w="1559" w:type="dxa"/>
            <w:shd w:val="clear" w:color="auto" w:fill="F9FAFC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153390" w:rsidRDefault="00EE1D6D" w:rsidP="00153390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201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o-RO"/>
              </w:rPr>
              <w:lastRenderedPageBreak/>
              <w:t>Activitate independentă:</w:t>
            </w:r>
            <w:r w:rsidRPr="00201A34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 </w:t>
            </w:r>
          </w:p>
          <w:p w:rsidR="00153390" w:rsidRPr="00153390" w:rsidRDefault="00153390" w:rsidP="00153390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153390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Elevii completează schema:</w:t>
            </w:r>
          </w:p>
          <w:p w:rsidR="00153390" w:rsidRPr="00153390" w:rsidRDefault="00153390" w:rsidP="00153390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1533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CARTEA</w:t>
            </w:r>
            <w:r w:rsidRPr="00153390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br/>
              <w:t>→ copertă</w:t>
            </w:r>
            <w:r w:rsidRPr="00153390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br/>
            </w:r>
            <w:r w:rsidRPr="00153390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lastRenderedPageBreak/>
              <w:t>→ titlu</w:t>
            </w:r>
            <w:r w:rsidRPr="00153390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br/>
              <w:t>→ autor</w:t>
            </w:r>
            <w:r w:rsidRPr="00153390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br/>
              <w:t>→ imagini</w:t>
            </w:r>
            <w:r w:rsidRPr="00153390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br/>
              <w:t>→ file</w:t>
            </w:r>
            <w:r w:rsidRPr="00153390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br/>
              <w:t>→ cuprins</w:t>
            </w:r>
          </w:p>
          <w:p w:rsidR="00153390" w:rsidRPr="00153390" w:rsidRDefault="00153390" w:rsidP="00153390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153390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Apoi formulează </w:t>
            </w:r>
            <w:r w:rsidRPr="001533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2–3 enunțuri</w:t>
            </w:r>
            <w:r w:rsidRPr="00153390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despre rolul cărții.</w:t>
            </w:r>
          </w:p>
          <w:p w:rsidR="00EE1D6D" w:rsidRPr="00201A34" w:rsidRDefault="00EE1D6D" w:rsidP="00153390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br/>
            </w:r>
            <w:r w:rsidRPr="00201A3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o-RO"/>
              </w:rPr>
              <w:t>Produs: schemă grafică.</w:t>
            </w:r>
          </w:p>
        </w:tc>
        <w:tc>
          <w:tcPr>
            <w:tcW w:w="1559" w:type="dxa"/>
            <w:shd w:val="clear" w:color="auto" w:fill="F9FAFC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EE1D6D" w:rsidRPr="00201A34" w:rsidRDefault="00EE1D6D" w:rsidP="00EE1D6D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o-RO"/>
              </w:rPr>
              <w:lastRenderedPageBreak/>
              <w:t>Focus pe Clasa a III-a:</w:t>
            </w:r>
            <w:r w:rsidRPr="00201A34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 Învățătorul colectează și analizează rapid rezultatele evaluării formative a clasei a III-a pentru a </w:t>
            </w:r>
            <w:r w:rsidRPr="00201A34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lastRenderedPageBreak/>
              <w:t>vedea dacă noțiunile de comunicare și structură sunt asimilate.</w:t>
            </w:r>
          </w:p>
        </w:tc>
        <w:tc>
          <w:tcPr>
            <w:tcW w:w="1418" w:type="dxa"/>
            <w:shd w:val="clear" w:color="auto" w:fill="F9FAFC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EE1D6D" w:rsidRPr="00201A34" w:rsidRDefault="005E1E48" w:rsidP="00EE1D6D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lastRenderedPageBreak/>
              <w:t>EFE</w:t>
            </w:r>
          </w:p>
        </w:tc>
      </w:tr>
      <w:tr w:rsidR="007E6F5D" w:rsidRPr="00201A34" w:rsidTr="007E6F5D">
        <w:trPr>
          <w:jc w:val="center"/>
        </w:trPr>
        <w:tc>
          <w:tcPr>
            <w:tcW w:w="928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7E6F5D" w:rsidRPr="00201A34" w:rsidRDefault="007E6F5D" w:rsidP="007E6F5D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b/>
                <w:color w:val="1F4E79"/>
                <w:sz w:val="20"/>
                <w:szCs w:val="20"/>
              </w:rPr>
              <w:lastRenderedPageBreak/>
              <w:t>Reflecție</w:t>
            </w:r>
            <w:r w:rsidRPr="00201A34">
              <w:rPr>
                <w:rFonts w:ascii="Times New Roman" w:hAnsi="Times New Roman" w:cs="Times New Roman"/>
                <w:b/>
                <w:color w:val="1F4E79"/>
                <w:sz w:val="20"/>
                <w:szCs w:val="20"/>
              </w:rPr>
              <w:br/>
              <w:t>(36-42 min)</w:t>
            </w:r>
          </w:p>
        </w:tc>
        <w:tc>
          <w:tcPr>
            <w:tcW w:w="1585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7E6F5D" w:rsidRPr="00201A34" w:rsidRDefault="00B366F0" w:rsidP="007E6F5D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B366F0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„Ce ai învățat să trasezi?”</w:t>
            </w:r>
            <w:r w:rsidRPr="00B366F0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br/>
              <w:t>→ „Linioare oblice.”</w:t>
            </w:r>
            <w:r w:rsidR="007E6F5D" w:rsidRPr="00201A34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br/>
            </w:r>
            <w:r w:rsidR="007E6F5D" w:rsidRPr="00201A3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o-RO"/>
              </w:rPr>
              <w:t>Produs: autoevaluare grafică.</w:t>
            </w:r>
          </w:p>
        </w:tc>
        <w:tc>
          <w:tcPr>
            <w:tcW w:w="1675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7E6F5D" w:rsidRPr="00201A34" w:rsidRDefault="00B366F0" w:rsidP="007E6F5D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B366F0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„Ce trebuie să respectăm atunci când citim?”</w:t>
            </w:r>
            <w:r w:rsidRPr="00B366F0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br/>
              <w:t>→ „Ritmul, pauzele, intonația și semnele de punctuație.”</w:t>
            </w:r>
            <w:r w:rsidR="007E6F5D" w:rsidRPr="00201A34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br/>
            </w:r>
            <w:r w:rsidR="007E6F5D" w:rsidRPr="00201A3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o-RO"/>
              </w:rPr>
              <w:t>Produs: enunț reflexiv.</w:t>
            </w:r>
          </w:p>
        </w:tc>
        <w:tc>
          <w:tcPr>
            <w:tcW w:w="1418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7E6F5D" w:rsidRPr="00201A34" w:rsidRDefault="00B366F0" w:rsidP="007E6F5D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B366F0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„Numește trei componente ale cărții.”</w:t>
            </w:r>
            <w:r w:rsidRPr="00B366F0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br/>
              <w:t>→ „Coperta, titlul, autorul.”</w:t>
            </w:r>
            <w:r w:rsidR="007E6F5D" w:rsidRPr="00201A34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br/>
            </w:r>
            <w:r w:rsidR="007E6F5D" w:rsidRPr="00201A3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o-RO"/>
              </w:rPr>
              <w:t>Produs: analiză orală.</w:t>
            </w:r>
          </w:p>
        </w:tc>
        <w:tc>
          <w:tcPr>
            <w:tcW w:w="1559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7E6F5D" w:rsidRPr="00201A34" w:rsidRDefault="00B366F0" w:rsidP="007E6F5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B366F0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„La ce ne ajută cuprinsul?”</w:t>
            </w:r>
            <w:r w:rsidRPr="00B366F0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br/>
              <w:t>→ „Ne ajută să găsim rapid textele și informațiile din carte.”</w:t>
            </w:r>
            <w:r w:rsidR="007E6F5D" w:rsidRPr="00201A34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br/>
            </w:r>
            <w:r w:rsidR="007E6F5D" w:rsidRPr="00201A3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o-RO"/>
              </w:rPr>
              <w:t>Produs: text reflexiv oral.</w:t>
            </w:r>
          </w:p>
        </w:tc>
        <w:tc>
          <w:tcPr>
            <w:tcW w:w="1559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7E6F5D" w:rsidRDefault="007E6F5D" w:rsidP="00B366F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201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o-RO"/>
              </w:rPr>
              <w:t>Activitate directă comună:</w:t>
            </w:r>
            <w:r w:rsidRPr="00201A34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 </w:t>
            </w:r>
          </w:p>
          <w:p w:rsidR="00B366F0" w:rsidRPr="00B366F0" w:rsidRDefault="00B366F0" w:rsidP="00B366F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366F0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Învățătorul revine la întrebarea inițială:</w:t>
            </w:r>
          </w:p>
          <w:p w:rsidR="00B366F0" w:rsidRPr="00B366F0" w:rsidRDefault="00B366F0" w:rsidP="00B366F0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</w:pPr>
            <w:r w:rsidRPr="00B366F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  <w:t>„Ce am descoperit astăzi despre carte și despre ceea ce facem pentru a putea citi?”</w:t>
            </w:r>
            <w:r w:rsidRPr="00B366F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ro-RO"/>
              </w:rPr>
              <w:t xml:space="preserve"> </w:t>
            </w:r>
            <w:r w:rsidRPr="00B366F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  <w:t>Elevii aleg unul dintre simbolurile:</w:t>
            </w:r>
          </w:p>
          <w:p w:rsidR="00B366F0" w:rsidRPr="00B366F0" w:rsidRDefault="00B366F0" w:rsidP="00B366F0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</w:pPr>
            <w:r w:rsidRPr="00B366F0">
              <w:rPr>
                <w:rFonts w:ascii="Segoe UI Symbol" w:eastAsia="Times New Roman" w:hAnsi="Segoe UI Symbol" w:cs="Segoe UI Symbol"/>
                <w:bCs/>
                <w:sz w:val="20"/>
                <w:szCs w:val="20"/>
                <w:lang w:val="ro-RO" w:eastAsia="ro-RO"/>
              </w:rPr>
              <w:t>😊</w:t>
            </w:r>
            <w:r w:rsidRPr="00B366F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  <w:t xml:space="preserve"> Am reușit!</w:t>
            </w:r>
            <w:r w:rsidRPr="00B366F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  <w:br/>
            </w:r>
            <w:r w:rsidRPr="00B366F0">
              <w:rPr>
                <w:rFonts w:ascii="Segoe UI Symbol" w:eastAsia="Times New Roman" w:hAnsi="Segoe UI Symbol" w:cs="Segoe UI Symbol"/>
                <w:bCs/>
                <w:sz w:val="20"/>
                <w:szCs w:val="20"/>
                <w:lang w:val="ro-RO" w:eastAsia="ro-RO"/>
              </w:rPr>
              <w:t>😐</w:t>
            </w:r>
            <w:r w:rsidRPr="00B366F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  <w:t xml:space="preserve"> Mai exersez!</w:t>
            </w:r>
            <w:r w:rsidRPr="00B366F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  <w:br/>
              <w:t>🤔 Am nevoie de ajutor!</w:t>
            </w:r>
          </w:p>
          <w:p w:rsidR="00B366F0" w:rsidRPr="00B366F0" w:rsidRDefault="00B366F0" w:rsidP="00B366F0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</w:pPr>
            <w:r w:rsidRPr="00B366F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  <w:t>Clasa I poate colora simbolul ales, iar clasele II–IV justifică alegerea într-un enunț.</w:t>
            </w:r>
          </w:p>
          <w:p w:rsidR="00B366F0" w:rsidRDefault="00B366F0" w:rsidP="00B366F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</w:p>
          <w:p w:rsidR="00B366F0" w:rsidRPr="00B366F0" w:rsidRDefault="00B366F0" w:rsidP="00B366F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  <w:p w:rsidR="00B366F0" w:rsidRPr="00B366F0" w:rsidRDefault="00B366F0" w:rsidP="00B366F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418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7E6F5D" w:rsidRPr="00201A34" w:rsidRDefault="007E6F5D" w:rsidP="007E6F5D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6F5D" w:rsidRPr="00201A34" w:rsidTr="007E6F5D">
        <w:trPr>
          <w:jc w:val="center"/>
        </w:trPr>
        <w:tc>
          <w:tcPr>
            <w:tcW w:w="928" w:type="dxa"/>
            <w:shd w:val="clear" w:color="auto" w:fill="F9FAFC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7E6F5D" w:rsidRPr="00201A34" w:rsidRDefault="007E6F5D" w:rsidP="007E6F5D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hAnsi="Times New Roman" w:cs="Times New Roman"/>
                <w:b/>
                <w:color w:val="1F4E79"/>
                <w:sz w:val="20"/>
                <w:szCs w:val="20"/>
              </w:rPr>
              <w:t>Extindere</w:t>
            </w:r>
            <w:r w:rsidRPr="00201A34">
              <w:rPr>
                <w:rFonts w:ascii="Times New Roman" w:hAnsi="Times New Roman" w:cs="Times New Roman"/>
                <w:b/>
                <w:color w:val="1F4E79"/>
                <w:sz w:val="20"/>
                <w:szCs w:val="20"/>
              </w:rPr>
              <w:br/>
              <w:t>(43-45 min)</w:t>
            </w:r>
          </w:p>
        </w:tc>
        <w:tc>
          <w:tcPr>
            <w:tcW w:w="1585" w:type="dxa"/>
            <w:shd w:val="clear" w:color="auto" w:fill="F9FAFC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7E6F5D" w:rsidRPr="00201A34" w:rsidRDefault="00B366F0" w:rsidP="007E6F5D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B366F0">
              <w:rPr>
                <w:rFonts w:ascii="Times New Roman" w:hAnsi="Times New Roman" w:cs="Times New Roman"/>
                <w:sz w:val="20"/>
                <w:szCs w:val="20"/>
              </w:rPr>
              <w:t xml:space="preserve">„Realizează acasă un rând de </w:t>
            </w:r>
            <w:r w:rsidRPr="00B366F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 linioare oblice</w:t>
            </w:r>
            <w:r w:rsidRPr="00B366F0">
              <w:rPr>
                <w:rFonts w:ascii="Times New Roman" w:hAnsi="Times New Roman" w:cs="Times New Roman"/>
                <w:sz w:val="20"/>
                <w:szCs w:val="20"/>
              </w:rPr>
              <w:t>, după modelul din caiet.”</w:t>
            </w:r>
          </w:p>
        </w:tc>
        <w:tc>
          <w:tcPr>
            <w:tcW w:w="1675" w:type="dxa"/>
            <w:shd w:val="clear" w:color="auto" w:fill="F9FAFC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7E6F5D" w:rsidRPr="00201A34" w:rsidRDefault="00B366F0" w:rsidP="007E6F5D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B366F0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„Citește acasă fragmentul de la pag. 10 și povestește unui membru al familiei, în </w:t>
            </w:r>
            <w:r w:rsidRPr="00B366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o-RO"/>
              </w:rPr>
              <w:t xml:space="preserve">3–4 </w:t>
            </w:r>
            <w:r w:rsidRPr="00B366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o-RO"/>
              </w:rPr>
              <w:lastRenderedPageBreak/>
              <w:t>enunțuri</w:t>
            </w:r>
            <w:r w:rsidRPr="00B366F0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, ce ai înțeles.”</w:t>
            </w:r>
            <w:r w:rsidR="00201A34" w:rsidRPr="00201A34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br/>
            </w:r>
            <w:r w:rsidR="00201A34" w:rsidRPr="00201A3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o-RO"/>
              </w:rPr>
              <w:t>Produs: lectură acasă.</w:t>
            </w:r>
          </w:p>
        </w:tc>
        <w:tc>
          <w:tcPr>
            <w:tcW w:w="1418" w:type="dxa"/>
            <w:shd w:val="clear" w:color="auto" w:fill="F9FAFC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7E6F5D" w:rsidRPr="00201A34" w:rsidRDefault="00B366F0" w:rsidP="007E6F5D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B366F0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lastRenderedPageBreak/>
              <w:t xml:space="preserve">„Alege o carte din biblioteca de acasă și notează: </w:t>
            </w:r>
            <w:r w:rsidRPr="00B366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o-RO"/>
              </w:rPr>
              <w:t>titlul, autorul și două componente</w:t>
            </w:r>
            <w:r w:rsidRPr="00B366F0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 ale </w:t>
            </w:r>
            <w:r w:rsidRPr="00B366F0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lastRenderedPageBreak/>
              <w:t>cărții.”</w:t>
            </w:r>
            <w:r w:rsidR="00201A34" w:rsidRPr="00201A34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br/>
            </w:r>
            <w:r w:rsidR="00201A34" w:rsidRPr="00201A3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o-RO"/>
              </w:rPr>
              <w:t>Produs: fișă de lectură.</w:t>
            </w:r>
          </w:p>
        </w:tc>
        <w:tc>
          <w:tcPr>
            <w:tcW w:w="1559" w:type="dxa"/>
            <w:shd w:val="clear" w:color="auto" w:fill="F9FAFC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7E6F5D" w:rsidRPr="00201A34" w:rsidRDefault="00B366F0" w:rsidP="007E6F5D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B366F0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lastRenderedPageBreak/>
              <w:t>„Alege o carte despre țară, patrie sau neam și completează un mini-</w:t>
            </w:r>
            <w:r w:rsidRPr="00B366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o-RO"/>
              </w:rPr>
              <w:t>Pașaport al cărții</w:t>
            </w:r>
            <w:r w:rsidRPr="00B366F0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: titlu, autor, </w:t>
            </w:r>
            <w:r w:rsidRPr="00B366F0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lastRenderedPageBreak/>
              <w:t>pagină/fragment preferat și un motiv pentru care ai recomanda-o.”</w:t>
            </w:r>
            <w:r w:rsidR="00201A34" w:rsidRPr="00201A34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br/>
            </w:r>
            <w:r w:rsidR="00201A34" w:rsidRPr="00201A3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o-RO"/>
              </w:rPr>
              <w:t>Produs: miniposter</w:t>
            </w:r>
          </w:p>
        </w:tc>
        <w:tc>
          <w:tcPr>
            <w:tcW w:w="1559" w:type="dxa"/>
            <w:shd w:val="clear" w:color="auto" w:fill="F9FAFC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7E6F5D" w:rsidRPr="00201A34" w:rsidRDefault="00201A34" w:rsidP="007E6F5D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01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o-RO"/>
              </w:rPr>
              <w:lastRenderedPageBreak/>
              <w:t>Activitate directă comună:</w:t>
            </w:r>
            <w:r w:rsidRPr="00201A34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 Explicarea sarcinilor diferențiate destinate </w:t>
            </w:r>
            <w:r w:rsidRPr="00201A34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lastRenderedPageBreak/>
              <w:t>activității de acasă.</w:t>
            </w:r>
          </w:p>
        </w:tc>
        <w:tc>
          <w:tcPr>
            <w:tcW w:w="1418" w:type="dxa"/>
            <w:shd w:val="clear" w:color="auto" w:fill="F9FAFC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7E6F5D" w:rsidRPr="00201A34" w:rsidRDefault="007E6F5D" w:rsidP="007E6F5D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F0423" w:rsidRDefault="009F0423">
      <w:pPr>
        <w:spacing w:after="120"/>
      </w:pPr>
    </w:p>
    <w:p w:rsidR="009F0423" w:rsidRDefault="009F0423">
      <w:pPr>
        <w:spacing w:after="120"/>
      </w:pPr>
    </w:p>
    <w:p w:rsidR="002774DE" w:rsidRDefault="002774DE">
      <w:pPr>
        <w:keepNext/>
        <w:spacing w:before="240" w:after="120"/>
        <w:rPr>
          <w:b/>
          <w:color w:val="1F4E79"/>
          <w:sz w:val="26"/>
        </w:rPr>
      </w:pPr>
    </w:p>
    <w:p w:rsidR="002774DE" w:rsidRDefault="002774DE">
      <w:pPr>
        <w:keepNext/>
        <w:spacing w:before="240" w:after="120"/>
        <w:rPr>
          <w:b/>
          <w:color w:val="1F4E79"/>
          <w:sz w:val="26"/>
        </w:rPr>
      </w:pPr>
    </w:p>
    <w:p w:rsidR="002774DE" w:rsidRDefault="002774DE">
      <w:pPr>
        <w:keepNext/>
        <w:spacing w:before="240" w:after="120"/>
        <w:rPr>
          <w:b/>
          <w:color w:val="1F4E79"/>
          <w:sz w:val="26"/>
        </w:rPr>
      </w:pPr>
    </w:p>
    <w:p w:rsidR="009F0423" w:rsidRDefault="009F0423">
      <w:pPr>
        <w:spacing w:after="120"/>
      </w:pPr>
    </w:p>
    <w:p w:rsidR="00201A34" w:rsidRPr="00685DF1" w:rsidRDefault="00201A34" w:rsidP="00201A34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685DF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CLASA I – FIȘĂ DE LUCRU</w:t>
      </w:r>
    </w:p>
    <w:p w:rsidR="00201A34" w:rsidRPr="00685DF1" w:rsidRDefault="00201A34" w:rsidP="00201A3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85DF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Numele elevului:</w:t>
      </w:r>
      <w:r w:rsidRPr="00685DF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......................................................</w:t>
      </w:r>
      <w:r w:rsidRPr="00685DF1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  <w:r w:rsidRPr="00685DF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Data:</w:t>
      </w:r>
      <w:r w:rsidRPr="00685DF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......................................................</w:t>
      </w:r>
      <w:r w:rsidRPr="00685DF1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  <w:r w:rsidRPr="00685DF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Disciplina:</w:t>
      </w:r>
      <w:r w:rsidRPr="00685DF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Limba și literatura română</w:t>
      </w:r>
      <w:r w:rsidRPr="00685DF1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  <w:r w:rsidRPr="00685DF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Tema:</w:t>
      </w:r>
      <w:r w:rsidRPr="00685DF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Aspectul îngrijit al scrisului. Linioare oblice pe două spaţii</w:t>
      </w:r>
    </w:p>
    <w:p w:rsidR="00201A34" w:rsidRPr="00685DF1" w:rsidRDefault="00201A34" w:rsidP="00201A3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85DF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1. Să facem gimnastica degetelor!</w:t>
      </w:r>
      <w:r w:rsidRPr="00685DF1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  <w:r w:rsidRPr="00685DF1">
        <w:rPr>
          <w:rFonts w:ascii="Times New Roman" w:eastAsia="Times New Roman" w:hAnsi="Times New Roman" w:cs="Times New Roman"/>
          <w:i/>
          <w:iCs/>
          <w:sz w:val="24"/>
          <w:szCs w:val="24"/>
          <w:lang w:eastAsia="ro-RO"/>
        </w:rPr>
        <w:t>Strângem pumnii, îi desfacem, morișca o învârtim, la pian cântăm și apoi începem să scriem frumos!</w:t>
      </w:r>
    </w:p>
    <w:p w:rsidR="00201A34" w:rsidRPr="00685DF1" w:rsidRDefault="00201A34" w:rsidP="00201A3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85DF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2. Unește punctele pentru a ajuta ploaia să cadă oblic (înclinat):</w:t>
      </w:r>
    </w:p>
    <w:p w:rsidR="00201A34" w:rsidRPr="00685DF1" w:rsidRDefault="00201A34" w:rsidP="00201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85DF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/    /    /    /    /    /    /    /    /</w:t>
      </w:r>
    </w:p>
    <w:p w:rsidR="00201A34" w:rsidRPr="00685DF1" w:rsidRDefault="00201A34" w:rsidP="00201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85DF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/    /    /    /    /    /    /    /    /</w:t>
      </w:r>
    </w:p>
    <w:p w:rsidR="00201A34" w:rsidRPr="00685DF1" w:rsidRDefault="00201A34" w:rsidP="00201A3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85DF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3. Trasează elementul grafic „linioara oblică”, respectând înclinarea și înălțimea pe două spații:</w:t>
      </w:r>
      <w:r w:rsidRPr="00685DF1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  <w:r w:rsidRPr="00685DF1">
        <w:rPr>
          <w:rFonts w:ascii="Times New Roman" w:eastAsia="Times New Roman" w:hAnsi="Times New Roman" w:cs="Times New Roman"/>
          <w:i/>
          <w:iCs/>
          <w:sz w:val="24"/>
          <w:szCs w:val="24"/>
          <w:lang w:eastAsia="ro-RO"/>
        </w:rPr>
        <w:t>(Păstrează distanța de un deget între elemente și ai grijă să nu depășești liniile ajutătoare)</w:t>
      </w:r>
    </w:p>
    <w:p w:rsidR="00201A34" w:rsidRPr="00685DF1" w:rsidRDefault="00201A34" w:rsidP="00201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85DF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-------------------------------------------------------------------------- (Linia de sus)</w:t>
      </w:r>
    </w:p>
    <w:p w:rsidR="00201A34" w:rsidRPr="00685DF1" w:rsidRDefault="00201A34" w:rsidP="00201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85DF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/      /      /      /      /      /      /      /      /      /   </w:t>
      </w:r>
    </w:p>
    <w:p w:rsidR="00201A34" w:rsidRPr="00685DF1" w:rsidRDefault="00201A34" w:rsidP="00201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85DF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-------------------------------------------------------------------------- (Linia de mijloc)</w:t>
      </w:r>
    </w:p>
    <w:p w:rsidR="00201A34" w:rsidRPr="00685DF1" w:rsidRDefault="00201A34" w:rsidP="00201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85DF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/      /      /      /      /      /      /      /      /      /   </w:t>
      </w:r>
    </w:p>
    <w:p w:rsidR="00201A34" w:rsidRPr="00685DF1" w:rsidRDefault="00201A34" w:rsidP="00201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85DF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-------------------------------------------------------------------------- (Linia de jos)</w:t>
      </w:r>
    </w:p>
    <w:p w:rsidR="00201A34" w:rsidRPr="00685DF1" w:rsidRDefault="00201A34" w:rsidP="00201A3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85DF1">
        <w:rPr>
          <w:rFonts w:ascii="Segoe UI Symbol" w:eastAsia="Times New Roman" w:hAnsi="Segoe UI Symbol" w:cs="Segoe UI Symbol"/>
          <w:sz w:val="24"/>
          <w:szCs w:val="24"/>
          <w:lang w:eastAsia="ro-RO"/>
        </w:rPr>
        <w:t>✏️</w:t>
      </w:r>
      <w:r w:rsidRPr="00685DF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685DF1">
        <w:rPr>
          <w:rFonts w:ascii="Times New Roman" w:eastAsia="Times New Roman" w:hAnsi="Times New Roman" w:cs="Times New Roman"/>
          <w:i/>
          <w:iCs/>
          <w:sz w:val="24"/>
          <w:szCs w:val="24"/>
          <w:lang w:eastAsia="ro-RO"/>
        </w:rPr>
        <w:t>Continuă singur pe caiet încă două rânduri complete.</w:t>
      </w:r>
    </w:p>
    <w:p w:rsidR="00201A34" w:rsidRPr="00685DF1" w:rsidRDefault="00201A34" w:rsidP="00201A3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85DF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4. Autoevaluare:</w:t>
      </w:r>
      <w:r w:rsidRPr="00685DF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Colorează fața veselă dacă ai reușit să scrii curat și îngrijit!</w:t>
      </w:r>
      <w:r w:rsidRPr="00685DF1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  <w:r w:rsidRPr="00685DF1">
        <w:rPr>
          <w:rFonts w:ascii="Segoe UI Symbol" w:eastAsia="Times New Roman" w:hAnsi="Segoe UI Symbol" w:cs="Segoe UI Symbol"/>
          <w:sz w:val="24"/>
          <w:szCs w:val="24"/>
          <w:lang w:eastAsia="ro-RO"/>
        </w:rPr>
        <w:t>😊</w:t>
      </w:r>
      <w:r w:rsidRPr="00685DF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685DF1">
        <w:rPr>
          <w:rFonts w:ascii="Segoe UI Symbol" w:eastAsia="Times New Roman" w:hAnsi="Segoe UI Symbol" w:cs="Segoe UI Symbol"/>
          <w:sz w:val="24"/>
          <w:szCs w:val="24"/>
          <w:lang w:eastAsia="ro-RO"/>
        </w:rPr>
        <w:t>😐</w:t>
      </w:r>
      <w:r w:rsidRPr="00685DF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685DF1">
        <w:rPr>
          <w:rFonts w:ascii="Segoe UI Symbol" w:eastAsia="Times New Roman" w:hAnsi="Segoe UI Symbol" w:cs="Segoe UI Symbol"/>
          <w:sz w:val="24"/>
          <w:szCs w:val="24"/>
          <w:lang w:eastAsia="ro-RO"/>
        </w:rPr>
        <w:t>🙁</w:t>
      </w:r>
    </w:p>
    <w:p w:rsidR="00201A34" w:rsidRPr="00685DF1" w:rsidRDefault="0091135E" w:rsidP="00201A34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pict>
          <v:rect id="_x0000_i1025" style="width:0;height:1.5pt" o:hralign="center" o:hrstd="t" o:hr="t" fillcolor="#a0a0a0" stroked="f"/>
        </w:pict>
      </w:r>
    </w:p>
    <w:p w:rsidR="00201A34" w:rsidRPr="00685DF1" w:rsidRDefault="00201A34" w:rsidP="00201A34">
      <w:pPr>
        <w:spacing w:before="480" w:after="4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685DF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CLASA a II-a – FIȘĂ DE LUCRU</w:t>
      </w:r>
    </w:p>
    <w:p w:rsidR="00201A34" w:rsidRPr="00685DF1" w:rsidRDefault="00201A34" w:rsidP="00201A3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85DF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Numele elevului:</w:t>
      </w:r>
      <w:r w:rsidRPr="00685DF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......................................................</w:t>
      </w:r>
      <w:r w:rsidRPr="00685DF1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  <w:r w:rsidRPr="00685DF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Data:</w:t>
      </w:r>
      <w:r w:rsidRPr="00685DF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......................................................</w:t>
      </w:r>
      <w:r w:rsidRPr="00685DF1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  <w:r w:rsidRPr="00685DF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lastRenderedPageBreak/>
        <w:t>Disciplina:</w:t>
      </w:r>
      <w:r w:rsidRPr="00685DF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Limba și literatura română (Manual, pag. 10)</w:t>
      </w:r>
      <w:r w:rsidRPr="00685DF1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  <w:r w:rsidRPr="00685DF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Tema:</w:t>
      </w:r>
      <w:r w:rsidRPr="00685DF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Viteza și ritmul citirii. Text-suport: </w:t>
      </w:r>
      <w:r w:rsidRPr="00685DF1">
        <w:rPr>
          <w:rFonts w:ascii="Times New Roman" w:eastAsia="Times New Roman" w:hAnsi="Times New Roman" w:cs="Times New Roman"/>
          <w:i/>
          <w:iCs/>
          <w:sz w:val="24"/>
          <w:szCs w:val="24"/>
          <w:lang w:eastAsia="ro-RO"/>
        </w:rPr>
        <w:t>Școala lui Guguță</w:t>
      </w:r>
      <w:r w:rsidRPr="00685DF1">
        <w:rPr>
          <w:rFonts w:ascii="Times New Roman" w:eastAsia="Times New Roman" w:hAnsi="Times New Roman" w:cs="Times New Roman"/>
          <w:sz w:val="24"/>
          <w:szCs w:val="24"/>
          <w:lang w:eastAsia="ro-RO"/>
        </w:rPr>
        <w:t>, după Spiridon Vangheli</w:t>
      </w:r>
    </w:p>
    <w:p w:rsidR="00201A34" w:rsidRPr="00685DF1" w:rsidRDefault="00201A34" w:rsidP="00201A3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85DF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1. Exercițiu de încălzire a dictorului (Citește rar, apoi din ce în ce mai repede):</w:t>
      </w:r>
    </w:p>
    <w:p w:rsidR="00201A34" w:rsidRPr="00685DF1" w:rsidRDefault="00201A34" w:rsidP="00201A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85DF1">
        <w:rPr>
          <w:rFonts w:ascii="Times New Roman" w:eastAsia="Times New Roman" w:hAnsi="Times New Roman" w:cs="Times New Roman"/>
          <w:sz w:val="24"/>
          <w:szCs w:val="24"/>
          <w:lang w:eastAsia="ro-RO"/>
        </w:rPr>
        <w:t>„Guguță merge la școală, cu căciula lui cea mare, în bănci noi cu multă răbdare.”</w:t>
      </w:r>
    </w:p>
    <w:p w:rsidR="00201A34" w:rsidRPr="00685DF1" w:rsidRDefault="00201A34" w:rsidP="00201A3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85DF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2. Citește textul din manual de la pagina 10 în regim cronometrat:</w:t>
      </w:r>
    </w:p>
    <w:p w:rsidR="00201A34" w:rsidRPr="00685DF1" w:rsidRDefault="00201A34" w:rsidP="00201A34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85DF1">
        <w:rPr>
          <w:rFonts w:ascii="Times New Roman" w:eastAsia="Times New Roman" w:hAnsi="Times New Roman" w:cs="Times New Roman"/>
          <w:i/>
          <w:iCs/>
          <w:sz w:val="24"/>
          <w:szCs w:val="24"/>
          <w:lang w:eastAsia="ro-RO"/>
        </w:rPr>
        <w:t>Prima citire (Viteza 1):</w:t>
      </w:r>
      <w:r w:rsidRPr="00685DF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.................... minute.</w:t>
      </w:r>
    </w:p>
    <w:p w:rsidR="00201A34" w:rsidRPr="00685DF1" w:rsidRDefault="00201A34" w:rsidP="00201A34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85DF1">
        <w:rPr>
          <w:rFonts w:ascii="Times New Roman" w:eastAsia="Times New Roman" w:hAnsi="Times New Roman" w:cs="Times New Roman"/>
          <w:i/>
          <w:iCs/>
          <w:sz w:val="24"/>
          <w:szCs w:val="24"/>
          <w:lang w:eastAsia="ro-RO"/>
        </w:rPr>
        <w:t>A doua citire (Viteza 2 - mai cursiv):</w:t>
      </w:r>
      <w:r w:rsidRPr="00685DF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.................... minute.</w:t>
      </w:r>
    </w:p>
    <w:p w:rsidR="00201A34" w:rsidRPr="00685DF1" w:rsidRDefault="00201A34" w:rsidP="00201A3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85DF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3. Răspunde pe scurt, în scris, pe baza textului citit:</w:t>
      </w:r>
    </w:p>
    <w:p w:rsidR="00201A34" w:rsidRPr="00685DF1" w:rsidRDefault="00201A34" w:rsidP="00201A34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85DF1">
        <w:rPr>
          <w:rFonts w:ascii="Times New Roman" w:eastAsia="Times New Roman" w:hAnsi="Times New Roman" w:cs="Times New Roman"/>
          <w:sz w:val="24"/>
          <w:szCs w:val="24"/>
          <w:lang w:eastAsia="ro-RO"/>
        </w:rPr>
        <w:t>a) Cine este personajul principal al textului?</w:t>
      </w:r>
      <w:r w:rsidRPr="00685DF1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Răspuns: ....................................................................................................</w:t>
      </w:r>
    </w:p>
    <w:p w:rsidR="00201A34" w:rsidRPr="00685DF1" w:rsidRDefault="00201A34" w:rsidP="00201A34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85DF1">
        <w:rPr>
          <w:rFonts w:ascii="Times New Roman" w:eastAsia="Times New Roman" w:hAnsi="Times New Roman" w:cs="Times New Roman"/>
          <w:sz w:val="24"/>
          <w:szCs w:val="24"/>
          <w:lang w:eastAsia="ro-RO"/>
        </w:rPr>
        <w:t>b) Cum se numește școala în care învață copiii din text?</w:t>
      </w:r>
      <w:r w:rsidRPr="00685DF1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Răspuns: ....................................................................................................</w:t>
      </w:r>
    </w:p>
    <w:p w:rsidR="00201A34" w:rsidRPr="00685DF1" w:rsidRDefault="00201A34" w:rsidP="00201A3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85DF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4. Jocul ritmului:</w:t>
      </w:r>
      <w:r w:rsidRPr="00685DF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Citește ultimul alineat din text:</w:t>
      </w:r>
    </w:p>
    <w:p w:rsidR="00201A34" w:rsidRPr="00685DF1" w:rsidRDefault="00201A34" w:rsidP="00201A34">
      <w:pPr>
        <w:numPr>
          <w:ilvl w:val="0"/>
          <w:numId w:val="1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85DF1">
        <w:rPr>
          <w:rFonts w:ascii="Times New Roman" w:eastAsia="Times New Roman" w:hAnsi="Times New Roman" w:cs="Times New Roman"/>
          <w:i/>
          <w:iCs/>
          <w:sz w:val="24"/>
          <w:szCs w:val="24"/>
          <w:lang w:eastAsia="ro-RO"/>
        </w:rPr>
        <w:t>O dată:</w:t>
      </w:r>
      <w:r w:rsidRPr="00685DF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Cu voce tare și veselă.</w:t>
      </w:r>
    </w:p>
    <w:p w:rsidR="00201A34" w:rsidRPr="00685DF1" w:rsidRDefault="00201A34" w:rsidP="00201A34">
      <w:pPr>
        <w:numPr>
          <w:ilvl w:val="0"/>
          <w:numId w:val="1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85DF1">
        <w:rPr>
          <w:rFonts w:ascii="Times New Roman" w:eastAsia="Times New Roman" w:hAnsi="Times New Roman" w:cs="Times New Roman"/>
          <w:i/>
          <w:iCs/>
          <w:sz w:val="24"/>
          <w:szCs w:val="24"/>
          <w:lang w:eastAsia="ro-RO"/>
        </w:rPr>
        <w:t>A doua oară:</w:t>
      </w:r>
      <w:r w:rsidRPr="00685DF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În șoaptă (ca un secret).</w:t>
      </w:r>
    </w:p>
    <w:p w:rsidR="00201A34" w:rsidRPr="00685DF1" w:rsidRDefault="0091135E" w:rsidP="00201A34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pict>
          <v:rect id="_x0000_i1026" style="width:0;height:1.5pt" o:hralign="center" o:hrstd="t" o:hr="t" fillcolor="#a0a0a0" stroked="f"/>
        </w:pict>
      </w:r>
    </w:p>
    <w:p w:rsidR="00201A34" w:rsidRPr="00685DF1" w:rsidRDefault="00201A34" w:rsidP="00201A34">
      <w:pPr>
        <w:spacing w:before="480" w:after="4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685DF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CLASA a III-a – FIȘĂ DE EVALUARE FORMATIVĂ</w:t>
      </w:r>
    </w:p>
    <w:p w:rsidR="00201A34" w:rsidRPr="00685DF1" w:rsidRDefault="00201A34" w:rsidP="00201A3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85DF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Numele elevului:</w:t>
      </w:r>
      <w:r w:rsidRPr="00685DF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......................................................</w:t>
      </w:r>
      <w:r w:rsidRPr="00685DF1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  <w:r w:rsidRPr="00685DF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Data:</w:t>
      </w:r>
      <w:r w:rsidRPr="00685DF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......................................................</w:t>
      </w:r>
      <w:r w:rsidRPr="00685DF1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  <w:r w:rsidRPr="00685DF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Disciplina:</w:t>
      </w:r>
      <w:r w:rsidRPr="00685DF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Limba și literatura română (Manual, pag. 12)</w:t>
      </w:r>
      <w:r w:rsidRPr="00685DF1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  <w:r w:rsidRPr="00685DF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Tema:</w:t>
      </w:r>
      <w:r w:rsidRPr="00685DF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Componentele cărţii. Modul în care comunicăm</w:t>
      </w:r>
    </w:p>
    <w:p w:rsidR="00201A34" w:rsidRPr="00685DF1" w:rsidRDefault="00201A34" w:rsidP="00201A3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85DF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1. Unește prin săgeți fiecare componentă a cărții cu rolul ei potrivit:</w:t>
      </w:r>
    </w:p>
    <w:p w:rsidR="00201A34" w:rsidRPr="00685DF1" w:rsidRDefault="00201A34" w:rsidP="00201A34">
      <w:pPr>
        <w:numPr>
          <w:ilvl w:val="0"/>
          <w:numId w:val="1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85DF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Coperta</w:t>
      </w:r>
      <w:r w:rsidRPr="00685DF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→ </w:t>
      </w:r>
      <w:r w:rsidRPr="00685DF1">
        <w:rPr>
          <w:rFonts w:ascii="Times New Roman" w:eastAsia="Times New Roman" w:hAnsi="Times New Roman" w:cs="Times New Roman"/>
          <w:i/>
          <w:iCs/>
          <w:sz w:val="24"/>
          <w:szCs w:val="24"/>
          <w:lang w:eastAsia="ro-RO"/>
        </w:rPr>
        <w:t>Filele din interior care conțin textul și ilustrațiile.</w:t>
      </w:r>
    </w:p>
    <w:p w:rsidR="00201A34" w:rsidRPr="00685DF1" w:rsidRDefault="00201A34" w:rsidP="00201A34">
      <w:pPr>
        <w:numPr>
          <w:ilvl w:val="0"/>
          <w:numId w:val="1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85DF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Autorul</w:t>
      </w:r>
      <w:r w:rsidRPr="00685DF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→ </w:t>
      </w:r>
      <w:r w:rsidRPr="00685DF1">
        <w:rPr>
          <w:rFonts w:ascii="Times New Roman" w:eastAsia="Times New Roman" w:hAnsi="Times New Roman" w:cs="Times New Roman"/>
          <w:i/>
          <w:iCs/>
          <w:sz w:val="24"/>
          <w:szCs w:val="24"/>
          <w:lang w:eastAsia="ro-RO"/>
        </w:rPr>
        <w:t>Partea exterioară care protejează și prezintă titlul cărții.</w:t>
      </w:r>
    </w:p>
    <w:p w:rsidR="00201A34" w:rsidRPr="00685DF1" w:rsidRDefault="00201A34" w:rsidP="00201A34">
      <w:pPr>
        <w:numPr>
          <w:ilvl w:val="0"/>
          <w:numId w:val="1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85DF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Imaginile</w:t>
      </w:r>
      <w:r w:rsidRPr="00685DF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→ </w:t>
      </w:r>
      <w:r w:rsidRPr="00685DF1">
        <w:rPr>
          <w:rFonts w:ascii="Times New Roman" w:eastAsia="Times New Roman" w:hAnsi="Times New Roman" w:cs="Times New Roman"/>
          <w:i/>
          <w:iCs/>
          <w:sz w:val="24"/>
          <w:szCs w:val="24"/>
          <w:lang w:eastAsia="ro-RO"/>
        </w:rPr>
        <w:t>Persoana care a scris textul cărții.</w:t>
      </w:r>
    </w:p>
    <w:p w:rsidR="00201A34" w:rsidRPr="00685DF1" w:rsidRDefault="00201A34" w:rsidP="00201A34">
      <w:pPr>
        <w:numPr>
          <w:ilvl w:val="0"/>
          <w:numId w:val="1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85DF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Filele cu text</w:t>
      </w:r>
      <w:r w:rsidRPr="00685DF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→ </w:t>
      </w:r>
      <w:r w:rsidRPr="00685DF1">
        <w:rPr>
          <w:rFonts w:ascii="Times New Roman" w:eastAsia="Times New Roman" w:hAnsi="Times New Roman" w:cs="Times New Roman"/>
          <w:i/>
          <w:iCs/>
          <w:sz w:val="24"/>
          <w:szCs w:val="24"/>
          <w:lang w:eastAsia="ro-RO"/>
        </w:rPr>
        <w:t>Desenele care ne ajută să înțelegem mai bine povestea.</w:t>
      </w:r>
    </w:p>
    <w:p w:rsidR="00201A34" w:rsidRPr="00685DF1" w:rsidRDefault="00201A34" w:rsidP="00201A3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85DF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2. Identifică modurile de comunicare! Scrie în dreptul fiecărei situații „Comunicare VERBALĂ” sau „Comunicare NONVERBALĂ”:</w:t>
      </w:r>
    </w:p>
    <w:p w:rsidR="00201A34" w:rsidRPr="00685DF1" w:rsidRDefault="00201A34" w:rsidP="00201A34">
      <w:pPr>
        <w:numPr>
          <w:ilvl w:val="0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85DF1">
        <w:rPr>
          <w:rFonts w:ascii="Times New Roman" w:eastAsia="Times New Roman" w:hAnsi="Times New Roman" w:cs="Times New Roman"/>
          <w:sz w:val="24"/>
          <w:szCs w:val="24"/>
          <w:lang w:eastAsia="ro-RO"/>
        </w:rPr>
        <w:t>Aline îi povestește colegului despre vacanță: ......................................................</w:t>
      </w:r>
    </w:p>
    <w:p w:rsidR="00201A34" w:rsidRPr="00685DF1" w:rsidRDefault="00201A34" w:rsidP="00201A34">
      <w:pPr>
        <w:numPr>
          <w:ilvl w:val="0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85DF1">
        <w:rPr>
          <w:rFonts w:ascii="Times New Roman" w:eastAsia="Times New Roman" w:hAnsi="Times New Roman" w:cs="Times New Roman"/>
          <w:sz w:val="24"/>
          <w:szCs w:val="24"/>
          <w:lang w:eastAsia="ro-RO"/>
        </w:rPr>
        <w:t>Radu dă din cap în semn de „Da”: ......................................................</w:t>
      </w:r>
    </w:p>
    <w:p w:rsidR="00201A34" w:rsidRPr="00685DF1" w:rsidRDefault="00201A34" w:rsidP="00201A34">
      <w:pPr>
        <w:numPr>
          <w:ilvl w:val="0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85DF1">
        <w:rPr>
          <w:rFonts w:ascii="Times New Roman" w:eastAsia="Times New Roman" w:hAnsi="Times New Roman" w:cs="Times New Roman"/>
          <w:sz w:val="24"/>
          <w:szCs w:val="24"/>
          <w:lang w:eastAsia="ro-RO"/>
        </w:rPr>
        <w:t>Învățătoarea scrie pe tablă un mesaj: ......................................................</w:t>
      </w:r>
    </w:p>
    <w:p w:rsidR="00201A34" w:rsidRPr="00685DF1" w:rsidRDefault="00201A34" w:rsidP="00201A3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85DF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3. Privește coperta manualului tău de clasa a III-a de la pagina 12 și completează:</w:t>
      </w:r>
    </w:p>
    <w:p w:rsidR="00201A34" w:rsidRPr="00685DF1" w:rsidRDefault="00201A34" w:rsidP="00201A34">
      <w:pPr>
        <w:numPr>
          <w:ilvl w:val="0"/>
          <w:numId w:val="1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85DF1">
        <w:rPr>
          <w:rFonts w:ascii="Times New Roman" w:eastAsia="Times New Roman" w:hAnsi="Times New Roman" w:cs="Times New Roman"/>
          <w:sz w:val="24"/>
          <w:szCs w:val="24"/>
          <w:lang w:eastAsia="ro-RO"/>
        </w:rPr>
        <w:t>Titlul manualului este: ............................................................................................</w:t>
      </w:r>
    </w:p>
    <w:p w:rsidR="00201A34" w:rsidRPr="00685DF1" w:rsidRDefault="00201A34" w:rsidP="00201A34">
      <w:pPr>
        <w:numPr>
          <w:ilvl w:val="0"/>
          <w:numId w:val="1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85DF1">
        <w:rPr>
          <w:rFonts w:ascii="Times New Roman" w:eastAsia="Times New Roman" w:hAnsi="Times New Roman" w:cs="Times New Roman"/>
          <w:sz w:val="24"/>
          <w:szCs w:val="24"/>
          <w:lang w:eastAsia="ro-RO"/>
        </w:rPr>
        <w:t>Autorii manualului sunt: ........................................................................................</w:t>
      </w:r>
    </w:p>
    <w:p w:rsidR="00201A34" w:rsidRPr="00685DF1" w:rsidRDefault="0091135E" w:rsidP="00201A34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pict>
          <v:rect id="_x0000_i1027" style="width:0;height:1.5pt" o:hralign="center" o:hrstd="t" o:hr="t" fillcolor="#a0a0a0" stroked="f"/>
        </w:pict>
      </w:r>
    </w:p>
    <w:p w:rsidR="00201A34" w:rsidRPr="00685DF1" w:rsidRDefault="00201A34" w:rsidP="00201A34">
      <w:pPr>
        <w:spacing w:before="480" w:after="4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685DF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CLASA a IV-a – FIȘĂ DE LUCRU (ATELIER DE LECTURĂ)</w:t>
      </w:r>
    </w:p>
    <w:p w:rsidR="00201A34" w:rsidRPr="00685DF1" w:rsidRDefault="00201A34" w:rsidP="00201A3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85DF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lastRenderedPageBreak/>
        <w:t>Numele elevului:</w:t>
      </w:r>
      <w:r w:rsidRPr="00685DF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......................................................</w:t>
      </w:r>
      <w:r w:rsidRPr="00685DF1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  <w:r w:rsidRPr="00685DF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Data:</w:t>
      </w:r>
      <w:r w:rsidRPr="00685DF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......................................................</w:t>
      </w:r>
      <w:r w:rsidRPr="00685DF1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  <w:r w:rsidRPr="00685DF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Disciplina:</w:t>
      </w:r>
      <w:r w:rsidRPr="00685DF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Limba și literatura română</w:t>
      </w:r>
      <w:r w:rsidRPr="00685DF1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  <w:r w:rsidRPr="00685DF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Tema:</w:t>
      </w:r>
      <w:r w:rsidRPr="00685DF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Tainele cărții (1). Cărți despre țară, patrie, neam</w:t>
      </w:r>
    </w:p>
    <w:p w:rsidR="00201A34" w:rsidRPr="00685DF1" w:rsidRDefault="00201A34" w:rsidP="00201A3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85DF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1. Tehnica lecturii eficiente:</w:t>
      </w:r>
    </w:p>
    <w:p w:rsidR="00201A34" w:rsidRPr="00685DF1" w:rsidRDefault="00201A34" w:rsidP="00201A34">
      <w:pPr>
        <w:numPr>
          <w:ilvl w:val="0"/>
          <w:numId w:val="1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85DF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Citește </w:t>
      </w:r>
      <w:r w:rsidRPr="00685DF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în gând</w:t>
      </w:r>
      <w:r w:rsidRPr="00685DF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fragmentele selectate din autorii studiați (G. Vieru, D. Matcovschi, V. Romanciuc).</w:t>
      </w:r>
    </w:p>
    <w:p w:rsidR="00201A34" w:rsidRPr="00685DF1" w:rsidRDefault="00201A34" w:rsidP="00201A34">
      <w:pPr>
        <w:numPr>
          <w:ilvl w:val="0"/>
          <w:numId w:val="1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85DF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Citește </w:t>
      </w:r>
      <w:r w:rsidRPr="00685DF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cu voce tare</w:t>
      </w:r>
      <w:r w:rsidRPr="00685DF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strofa care ți-a plăcut cel mai mult, adaptând intonația la mesajul patriotic.</w:t>
      </w:r>
    </w:p>
    <w:p w:rsidR="00201A34" w:rsidRPr="00685DF1" w:rsidRDefault="00201A34" w:rsidP="00201A3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85DF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2. Lucrul cu structura cărții – Rolul Cuprinsului:</w:t>
      </w:r>
      <w:r w:rsidRPr="00685DF1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 xml:space="preserve">Deschide manualul sau o carte de poezii la pagina unde se află </w:t>
      </w:r>
      <w:r w:rsidRPr="00685DF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Cuprinsul</w:t>
      </w:r>
      <w:r w:rsidRPr="00685DF1">
        <w:rPr>
          <w:rFonts w:ascii="Times New Roman" w:eastAsia="Times New Roman" w:hAnsi="Times New Roman" w:cs="Times New Roman"/>
          <w:sz w:val="24"/>
          <w:szCs w:val="24"/>
          <w:lang w:eastAsia="ro-RO"/>
        </w:rPr>
        <w:t>. Răspunde la întrebare:</w:t>
      </w:r>
    </w:p>
    <w:p w:rsidR="00201A34" w:rsidRPr="00685DF1" w:rsidRDefault="00201A34" w:rsidP="00201A34">
      <w:pPr>
        <w:numPr>
          <w:ilvl w:val="0"/>
          <w:numId w:val="1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85DF1">
        <w:rPr>
          <w:rFonts w:ascii="Times New Roman" w:eastAsia="Times New Roman" w:hAnsi="Times New Roman" w:cs="Times New Roman"/>
          <w:i/>
          <w:iCs/>
          <w:sz w:val="24"/>
          <w:szCs w:val="24"/>
          <w:lang w:eastAsia="ro-RO"/>
        </w:rPr>
        <w:t>La ce ne folosește cuprinsul unei cărți și unde este așezat de obicei?</w:t>
      </w:r>
      <w:r w:rsidRPr="00685DF1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Răspuns: ........................................................................................................................</w:t>
      </w:r>
      <w:r w:rsidRPr="00685DF1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....................................................................................................................................</w:t>
      </w:r>
    </w:p>
    <w:p w:rsidR="00201A34" w:rsidRPr="00685DF1" w:rsidRDefault="00201A34" w:rsidP="00201A3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85DF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3. Agenda micului cititor patriot:</w:t>
      </w:r>
      <w:r w:rsidRPr="00685DF1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Asociază scriitorul cu o temă din opera sa, completând tabelul de mai jos: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02"/>
        <w:gridCol w:w="3354"/>
        <w:gridCol w:w="4354"/>
      </w:tblGrid>
      <w:tr w:rsidR="00201A34" w:rsidRPr="00685DF1" w:rsidTr="00697EFB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201A34" w:rsidRPr="00685DF1" w:rsidRDefault="00201A34" w:rsidP="00697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</w:pPr>
            <w:r w:rsidRPr="00685D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Numele scriitorului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201A34" w:rsidRPr="00685DF1" w:rsidRDefault="00201A34" w:rsidP="00697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</w:pPr>
            <w:r w:rsidRPr="00685D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Titlul poeziei/textului identificat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201A34" w:rsidRPr="00685DF1" w:rsidRDefault="00201A34" w:rsidP="00697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</w:pPr>
            <w:r w:rsidRPr="00685D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Tema centrală (țară, limbă, neam, mamă)</w:t>
            </w:r>
          </w:p>
        </w:tc>
      </w:tr>
      <w:tr w:rsidR="00201A34" w:rsidRPr="00685DF1" w:rsidTr="00697EFB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201A34" w:rsidRPr="00685DF1" w:rsidRDefault="00201A34" w:rsidP="00697E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685D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Grigore Vieru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201A34" w:rsidRPr="00685DF1" w:rsidRDefault="00201A34" w:rsidP="00697E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685DF1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......................................................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201A34" w:rsidRPr="00685DF1" w:rsidRDefault="00201A34" w:rsidP="00697E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685DF1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......................................................</w:t>
            </w:r>
          </w:p>
        </w:tc>
      </w:tr>
      <w:tr w:rsidR="00201A34" w:rsidRPr="00685DF1" w:rsidTr="00697EFB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201A34" w:rsidRPr="00685DF1" w:rsidRDefault="00201A34" w:rsidP="00697E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685D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Dumitru Matcovschi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201A34" w:rsidRPr="00685DF1" w:rsidRDefault="00201A34" w:rsidP="00697E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685DF1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......................................................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201A34" w:rsidRPr="00685DF1" w:rsidRDefault="00201A34" w:rsidP="00697E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685DF1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......................................................</w:t>
            </w:r>
          </w:p>
        </w:tc>
      </w:tr>
      <w:tr w:rsidR="00201A34" w:rsidRPr="00685DF1" w:rsidTr="00697EFB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201A34" w:rsidRPr="00685DF1" w:rsidRDefault="00201A34" w:rsidP="00697E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685D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Vasile Romanciuc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201A34" w:rsidRPr="00685DF1" w:rsidRDefault="00201A34" w:rsidP="00697E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685DF1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......................................................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201A34" w:rsidRPr="00685DF1" w:rsidRDefault="00201A34" w:rsidP="00697E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685DF1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......................................................</w:t>
            </w:r>
          </w:p>
        </w:tc>
      </w:tr>
    </w:tbl>
    <w:p w:rsidR="00201A34" w:rsidRPr="00685DF1" w:rsidRDefault="00201A34" w:rsidP="00201A3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85DF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4. Reflecție:</w:t>
      </w:r>
      <w:r w:rsidRPr="00685DF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Formulează un enunț din 7-10 cuvinte în care să explici de ce este important să citim cărți despre istoria și neamul nostru.</w:t>
      </w:r>
      <w:r w:rsidRPr="00685DF1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......................................................................................................................................................</w:t>
      </w:r>
      <w:r w:rsidRPr="00685DF1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......................................................................................................................................................</w:t>
      </w:r>
    </w:p>
    <w:p w:rsidR="00201A34" w:rsidRPr="00685DF1" w:rsidRDefault="0091135E" w:rsidP="00201A34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pict>
          <v:rect id="_x0000_i1028" style="width:0;height:1.5pt" o:hralign="center" o:hrstd="t" o:hr="t" fillcolor="#a0a0a0" stroked="f"/>
        </w:pict>
      </w:r>
    </w:p>
    <w:p w:rsidR="00201A34" w:rsidRDefault="00201A34" w:rsidP="00201A34"/>
    <w:p w:rsidR="009F0423" w:rsidRDefault="009F0423">
      <w:pPr>
        <w:spacing w:after="60"/>
        <w:ind w:left="288"/>
      </w:pPr>
    </w:p>
    <w:sectPr w:rsidR="009F0423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666C7A"/>
    <w:multiLevelType w:val="multilevel"/>
    <w:tmpl w:val="A496B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C0F440A"/>
    <w:multiLevelType w:val="multilevel"/>
    <w:tmpl w:val="F112F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2CD77C7"/>
    <w:multiLevelType w:val="multilevel"/>
    <w:tmpl w:val="C64E1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5366966"/>
    <w:multiLevelType w:val="multilevel"/>
    <w:tmpl w:val="65EC8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0447892"/>
    <w:multiLevelType w:val="multilevel"/>
    <w:tmpl w:val="B8644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15217B"/>
    <w:multiLevelType w:val="multilevel"/>
    <w:tmpl w:val="464C5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1066D16"/>
    <w:multiLevelType w:val="multilevel"/>
    <w:tmpl w:val="7452F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7556F1"/>
    <w:multiLevelType w:val="multilevel"/>
    <w:tmpl w:val="3A923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54C09FA"/>
    <w:multiLevelType w:val="multilevel"/>
    <w:tmpl w:val="C778E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66B6682"/>
    <w:multiLevelType w:val="multilevel"/>
    <w:tmpl w:val="AFD87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8652E02"/>
    <w:multiLevelType w:val="multilevel"/>
    <w:tmpl w:val="8AA67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BF023CE"/>
    <w:multiLevelType w:val="multilevel"/>
    <w:tmpl w:val="9B360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5"/>
  </w:num>
  <w:num w:numId="12">
    <w:abstractNumId w:val="17"/>
  </w:num>
  <w:num w:numId="13">
    <w:abstractNumId w:val="18"/>
  </w:num>
  <w:num w:numId="14">
    <w:abstractNumId w:val="13"/>
  </w:num>
  <w:num w:numId="15">
    <w:abstractNumId w:val="12"/>
  </w:num>
  <w:num w:numId="16">
    <w:abstractNumId w:val="19"/>
  </w:num>
  <w:num w:numId="17">
    <w:abstractNumId w:val="9"/>
  </w:num>
  <w:num w:numId="18">
    <w:abstractNumId w:val="16"/>
  </w:num>
  <w:num w:numId="19">
    <w:abstractNumId w:val="10"/>
  </w:num>
  <w:num w:numId="20">
    <w:abstractNumId w:val="11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53390"/>
    <w:rsid w:val="001834FE"/>
    <w:rsid w:val="001C479A"/>
    <w:rsid w:val="00201A34"/>
    <w:rsid w:val="002774DE"/>
    <w:rsid w:val="0029639D"/>
    <w:rsid w:val="002E0A0B"/>
    <w:rsid w:val="00326F90"/>
    <w:rsid w:val="003C5C05"/>
    <w:rsid w:val="004A0D64"/>
    <w:rsid w:val="0054600A"/>
    <w:rsid w:val="005E1E48"/>
    <w:rsid w:val="006750A4"/>
    <w:rsid w:val="006E440F"/>
    <w:rsid w:val="00792135"/>
    <w:rsid w:val="007E6F5D"/>
    <w:rsid w:val="0091135E"/>
    <w:rsid w:val="009F0423"/>
    <w:rsid w:val="00AA1D8D"/>
    <w:rsid w:val="00B321EB"/>
    <w:rsid w:val="00B366F0"/>
    <w:rsid w:val="00B47730"/>
    <w:rsid w:val="00B644E7"/>
    <w:rsid w:val="00C14291"/>
    <w:rsid w:val="00CB0664"/>
    <w:rsid w:val="00EE1D6D"/>
    <w:rsid w:val="00F51853"/>
    <w:rsid w:val="00F93BA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99DFC6"/>
  <w14:defaultImageDpi w14:val="300"/>
  <w15:docId w15:val="{FAD61805-6284-4F26-AA06-7E8E0DA5F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80"/>
    </w:pPr>
    <w:rPr>
      <w:rFonts w:ascii="Calibri" w:hAnsi="Calibri"/>
      <w:color w:val="262626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70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5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8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BAD712D-AB24-45F6-AC06-42B589600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3035</Words>
  <Characters>17605</Characters>
  <Application>Microsoft Office Word</Application>
  <DocSecurity>0</DocSecurity>
  <Lines>146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20599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Office</cp:lastModifiedBy>
  <cp:revision>2</cp:revision>
  <dcterms:created xsi:type="dcterms:W3CDTF">2026-08-30T20:21:00Z</dcterms:created>
  <dcterms:modified xsi:type="dcterms:W3CDTF">2026-08-30T20:21:00Z</dcterms:modified>
  <cp:category/>
</cp:coreProperties>
</file>